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504" w:rsidRPr="00EC1504" w:rsidRDefault="00EC1504" w:rsidP="00EC1504">
      <w:pPr>
        <w:keepNext/>
        <w:keepLines/>
        <w:bidi/>
        <w:spacing w:before="480" w:after="0"/>
        <w:jc w:val="center"/>
        <w:outlineLvl w:val="0"/>
        <w:rPr>
          <w:rFonts w:ascii="Calibri" w:eastAsia="MS Gothic" w:hAnsi="Calibri" w:cs="Times New Roman"/>
          <w:b/>
          <w:bCs/>
          <w:color w:val="365F91"/>
          <w:sz w:val="28"/>
          <w:szCs w:val="28"/>
          <w:u w:val="single"/>
          <w:lang w:val="en-US"/>
        </w:rPr>
      </w:pPr>
      <w:r w:rsidRPr="00EC1504">
        <w:rPr>
          <w:rFonts w:ascii="Calibri" w:eastAsia="MS Gothic" w:hAnsi="Calibri" w:cs="Calibri"/>
          <w:b/>
          <w:bCs/>
          <w:color w:val="365F91"/>
          <w:sz w:val="28"/>
          <w:szCs w:val="28"/>
          <w:highlight w:val="cyan"/>
          <w:u w:val="single"/>
          <w:rtl/>
          <w:lang w:val="en-US"/>
        </w:rPr>
        <w:t>مدخل</w:t>
      </w:r>
      <w:r w:rsidRPr="00EC1504">
        <w:rPr>
          <w:rFonts w:ascii="Calibri" w:eastAsia="MS Gothic" w:hAnsi="Calibri" w:cs="Times New Roman"/>
          <w:b/>
          <w:bCs/>
          <w:color w:val="365F91"/>
          <w:sz w:val="28"/>
          <w:szCs w:val="28"/>
          <w:highlight w:val="cyan"/>
          <w:u w:val="single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365F91"/>
          <w:sz w:val="28"/>
          <w:szCs w:val="28"/>
          <w:highlight w:val="cyan"/>
          <w:u w:val="single"/>
          <w:rtl/>
          <w:lang w:val="en-US"/>
        </w:rPr>
        <w:t>عام</w:t>
      </w:r>
      <w:r w:rsidRPr="00EC1504">
        <w:rPr>
          <w:rFonts w:ascii="Calibri" w:eastAsia="MS Gothic" w:hAnsi="Calibri" w:cs="Times New Roman"/>
          <w:b/>
          <w:bCs/>
          <w:color w:val="365F91"/>
          <w:sz w:val="28"/>
          <w:szCs w:val="28"/>
          <w:highlight w:val="cyan"/>
          <w:u w:val="single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365F91"/>
          <w:sz w:val="28"/>
          <w:szCs w:val="28"/>
          <w:highlight w:val="cyan"/>
          <w:u w:val="single"/>
          <w:rtl/>
          <w:lang w:val="en-US"/>
        </w:rPr>
        <w:t>لإدارة</w:t>
      </w:r>
      <w:r w:rsidRPr="00EC1504">
        <w:rPr>
          <w:rFonts w:ascii="Calibri" w:eastAsia="MS Gothic" w:hAnsi="Calibri" w:cs="Times New Roman"/>
          <w:b/>
          <w:bCs/>
          <w:color w:val="365F91"/>
          <w:sz w:val="28"/>
          <w:szCs w:val="28"/>
          <w:highlight w:val="cyan"/>
          <w:u w:val="single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365F91"/>
          <w:sz w:val="28"/>
          <w:szCs w:val="28"/>
          <w:highlight w:val="cyan"/>
          <w:u w:val="single"/>
          <w:rtl/>
          <w:lang w:val="en-US"/>
        </w:rPr>
        <w:t>الموارد</w:t>
      </w:r>
      <w:r w:rsidRPr="00EC1504">
        <w:rPr>
          <w:rFonts w:ascii="Calibri" w:eastAsia="MS Gothic" w:hAnsi="Calibri" w:cs="Times New Roman"/>
          <w:b/>
          <w:bCs/>
          <w:color w:val="365F91"/>
          <w:sz w:val="28"/>
          <w:szCs w:val="28"/>
          <w:highlight w:val="cyan"/>
          <w:u w:val="single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365F91"/>
          <w:sz w:val="28"/>
          <w:szCs w:val="28"/>
          <w:highlight w:val="cyan"/>
          <w:u w:val="single"/>
          <w:rtl/>
          <w:lang w:val="en-US"/>
        </w:rPr>
        <w:t>البشرية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أولاً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مقدمة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تُعدّ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(Human Resource Management – HRM)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أحد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أهم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المحاور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الإستراتيجية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المعاصرة،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إذ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تركز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العنصر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باعتباره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الأكثر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تأثيراً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واستدامة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نجاحها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.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فبينما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كانت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المادية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والتكنولوجية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سابقاً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تمثل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محور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الاهتمام،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أصبح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الإنسان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اليوم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هو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المحرك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الأساسي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لعمليات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الابتكار،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والجودة،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والميزة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التنافسية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Dessler, G..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b/>
          <w:bCs/>
          <w:color w:val="FF0000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b/>
          <w:bCs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sz w:val="28"/>
          <w:szCs w:val="28"/>
          <w:rtl/>
          <w:lang w:val="en-US"/>
        </w:rPr>
        <w:t>البشرية: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وُلدت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كتخصص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دراسات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إلتون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مايو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شركة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ويسترن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إلكتريك،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والتي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أدت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ظهور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يُسمى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بحركة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"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العلاقات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الإنسانية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".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تُعد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هذه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الدراسات،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الموصوفة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والمُعلق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عليها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بإسهاب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العديد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الأعمال،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مثيرة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للاهتمام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لأنها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تُظهر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بوضوح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البيئة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الخصبة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نشأت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الصناعة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تسعى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لزيادة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الإنتاجية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: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كان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الهدف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الأساسي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التجارب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أجراها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إلتون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مايو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تحديد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ظروف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الإنتاجية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المثلى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.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تُعنى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بشكل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أساسي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بالشركات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الخاصة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والعامة،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وبالتالي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يجب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تُسهم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تحسين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أدائها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.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مع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ذلك،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قد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يؤدي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هذا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الجانب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وحده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أسوأ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التجاوزات،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ولذلك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تُدمج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البشرية،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حد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ما،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المعرفة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المتعلقة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بالعاملين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العمال،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بمهاراتهم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وشخصياتهم،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وكيفية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تفسيرهم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لقواعد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الرسمية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لجعلها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نظام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إنتاج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مقبول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.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هذا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التحليل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الأولي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لسلوك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الأفراد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المنظمات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أدى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ظهور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مجال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دراسة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المنظمات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الإنتاجية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الولايات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المتحدة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(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نظرية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المنظمة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والسلوك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التنظيمي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>)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بالإضافة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علم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اجتماع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المنظمات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أوروبا،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بقيادة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ميشيل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كروزييه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FF0000"/>
          <w:sz w:val="28"/>
          <w:szCs w:val="28"/>
          <w:rtl/>
          <w:lang w:val="en-US"/>
        </w:rPr>
        <w:t>الحاسمة</w:t>
      </w: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</w:rPr>
      </w:pPr>
      <w:r w:rsidRPr="00EC1504">
        <w:rPr>
          <w:rFonts w:ascii="Cambria" w:eastAsia="MS Mincho" w:hAnsi="Cambria" w:cs="Arial"/>
          <w:color w:val="FF0000"/>
          <w:sz w:val="28"/>
          <w:szCs w:val="28"/>
          <w:rtl/>
          <w:lang w:val="en-US"/>
        </w:rPr>
        <w:t>,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ثانياً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تحديد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مفهوم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إدارة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الموارد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البشرية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b/>
          <w:bCs/>
          <w:color w:val="002060"/>
          <w:sz w:val="24"/>
          <w:szCs w:val="24"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ويقصد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بالموارد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البشرية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جميع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العاملين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المنظمة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بما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يحملوه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طاقات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واستعدادات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ومهارات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وقيم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واتجاهات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وخصائص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ديمغرافية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.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هم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المدراء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والقادة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والاداريين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والفنيين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والمستخدمين،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وعليه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يمكن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تعريف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ادارة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البشرية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بالقول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بانها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احدى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الوظائف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او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الادارات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الاساسية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المنظمة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،محور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عملها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جميع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البشرية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التي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تعمل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فيها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وكل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مايتعلق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بها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امور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وظيفية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.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كما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يمكننا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القول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البشرية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هي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سلسلة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القرارات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الخاصة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بالعلاقات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الوظيفية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المؤثرة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فعالية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المنظمة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والعاملين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002060"/>
          <w:sz w:val="24"/>
          <w:szCs w:val="24"/>
          <w:rtl/>
          <w:lang w:val="en-US"/>
        </w:rPr>
        <w:t>فيها</w:t>
      </w:r>
      <w:r w:rsidRPr="00EC1504">
        <w:rPr>
          <w:rFonts w:ascii="Cambria" w:eastAsia="MS Mincho" w:hAnsi="Cambria" w:cs="Arial"/>
          <w:b/>
          <w:bCs/>
          <w:color w:val="002060"/>
          <w:sz w:val="24"/>
          <w:szCs w:val="24"/>
          <w:rtl/>
          <w:lang w:val="en-US"/>
        </w:rPr>
        <w:t>. ()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lastRenderedPageBreak/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مجموعة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الأنشطة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والسياسات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والممارسات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الإدارية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تهدف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جذب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الأفراد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المؤهلين،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وتطوير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مهاراتهم،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وتحفيزهم،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والمحافظة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عليهم،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بما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يحقق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الأداء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الأمثل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للفرد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والمؤسسة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معاً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Armstrong, M 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يُستخدم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مصطلح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بشكل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متزايد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للإشارة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الفلسفة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والسياسات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والإجراءات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والممارسات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المتعلقة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بإدارة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موظفي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(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قطينة،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2005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؛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سيمز،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2002)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أو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تؤثر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سلوك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ومواقفهم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وأدائهم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(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نوي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وآخرون،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2019).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تشير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العديد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المؤسسات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أنها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تتضمن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"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ممارسات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التعامل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مع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الأفراد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".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تهتم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بشكل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خاص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بجميع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الأنشطة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تساهم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جذب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وتطوير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وتحفيز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والحفاظ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قوة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عاملة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عالية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الأداء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بنجاح،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مما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يؤدي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نجاح</w:t>
      </w:r>
      <w:r w:rsidRPr="00EC1504">
        <w:rPr>
          <w:rFonts w:ascii="Cambria" w:eastAsia="MS Mincho" w:hAnsi="Cambria" w:cs="Arial"/>
          <w:color w:val="984806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color w:val="984806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sz w:val="28"/>
          <w:szCs w:val="28"/>
          <w:rtl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</w:rPr>
      </w:pPr>
      <w:r w:rsidRPr="00EC1504">
        <w:rPr>
          <w:rFonts w:ascii="Cambria" w:eastAsia="MS Mincho" w:hAnsi="Cambria" w:cs="Arial"/>
          <w:sz w:val="28"/>
          <w:szCs w:val="28"/>
        </w:rPr>
        <w:t xml:space="preserve">YVES Emery , 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ثالثاً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المفاهيم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المرتبطة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بإدارة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الموارد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البشرية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 w:hint="cs"/>
          <w:sz w:val="28"/>
          <w:szCs w:val="28"/>
          <w:rtl/>
          <w:lang w:val="en-US" w:bidi="ar-DZ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•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العامة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التخطيط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والتنظيم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والتوجيه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والرقابة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المتاحة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محددة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.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فرع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متخصص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العامة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يركز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•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العلاقات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الصناعية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تهتم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بتنظيم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العلاقة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والنقابات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العمالية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والعاملين،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بينما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تهتم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الفرد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كعضو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فاعل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المنظمة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Default="00EC1504" w:rsidP="00EC1504">
      <w:pPr>
        <w:bidi/>
        <w:spacing w:before="0" w:after="200"/>
        <w:rPr>
          <w:rFonts w:ascii="Cambria" w:eastAsia="MS Mincho" w:hAnsi="Cambria" w:cs="Times New Roman" w:hint="cs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الصيرفي،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تسيير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الأفراد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هو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المفهوم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التقليدي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الذي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كان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يركز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النواحي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الإجرائية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مثل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الأجور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والتوظيف،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حين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تركز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الجانب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الإستراتيجي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والتنمية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Dessler, 2023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رأس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المال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يشير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قيمة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المعرفة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والمهارات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والخبرات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يمتلكها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الأفراد،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تُعتبر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استثماراً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يحقق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عائداً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للمنظمة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والمجتمع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ناصر،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أحمد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مصطفى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(2022)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رابعاً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أهمية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إدارة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الموارد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البشرية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الكفاءة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والفعالية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التنظيمية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خلال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اختيار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الأشخاص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المناسبين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للمناصب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المناسبة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وتطوير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أدائهم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Dessler, 2023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lastRenderedPageBreak/>
        <w:t>-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التكيف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التغيرات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البيئية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تساهم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إعداد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العاملين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لمواجهة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التطورات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التكنولوجية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والتنظيمية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Armstrong, 2022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تعزيز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الانتماء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والرضا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الوظيفي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عبر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سياسات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عادلة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التحفيز،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الأجور،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والتقدير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Mondy &amp; Martocchio, 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الميزة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التنافسية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المستدامة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المتميزة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تبتكر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وتحافظ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نجاح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الصيرفي،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2020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المساهمة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التنمية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الاقتصادية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والاجتماعية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لأن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العنصر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المؤهل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يرفع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إنتاجية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المؤسسات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والمجتمع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ككل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ناصر،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2022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خامساً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أهداف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إدارة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الموارد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البشرية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>
        <w:rPr>
          <w:rFonts w:ascii="Cambria" w:eastAsia="MS Mincho" w:hAnsi="Cambria" w:cs="Arial" w:hint="cs"/>
          <w:sz w:val="28"/>
          <w:szCs w:val="28"/>
          <w:rtl/>
          <w:lang w:val="en-US"/>
        </w:rPr>
        <w:t>-</w:t>
      </w:r>
      <w:bookmarkStart w:id="0" w:name="_GoBack"/>
      <w:bookmarkEnd w:id="0"/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تنظيمية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ضمان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توافر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الكفاءات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الأهداف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الإستراتيجية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للمؤسسة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رفع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مستوى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الأداء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والإنتاجية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تحسين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بيئة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التنظيمية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Armstrong, 2022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•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فردية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إشباع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حاجات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العاملين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المادية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والمعنوية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توفير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فرص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الترقية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والنمو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المهني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خلق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توازن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الحياة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المهنية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والشخصية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Dessler, 2023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•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اجتماعية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المساهمة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الحد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البطالة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lastRenderedPageBreak/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العدالة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توزيع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فرص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الإسهام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تحسين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مستوى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المعيشة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: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ناصر،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2022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color w:val="FF0000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•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أهداف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color w:val="FF0000"/>
          <w:sz w:val="28"/>
          <w:szCs w:val="28"/>
          <w:rtl/>
          <w:lang w:val="en-US"/>
        </w:rPr>
        <w:t>استراتيجية</w:t>
      </w:r>
      <w:r w:rsidRPr="00EC1504">
        <w:rPr>
          <w:rFonts w:ascii="Cambria" w:eastAsia="MS Mincho" w:hAnsi="Cambria" w:cs="Arial"/>
          <w:color w:val="FF0000"/>
          <w:sz w:val="28"/>
          <w:szCs w:val="28"/>
          <w:lang w:val="en-US"/>
        </w:rPr>
        <w:t>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بناء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ثقافة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مؤسسية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قوية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قائمة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القيم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والالتزام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تطوير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رأس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المال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الفكري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والمعرفي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  -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دعم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عمليات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التحول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الرقمي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والتغيير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التنظيمي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Mondy &amp; Martocchio, 2021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u w:val="single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u w:val="single"/>
          <w:rtl/>
          <w:lang w:val="en-US"/>
        </w:rPr>
        <w:t>أهداف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u w:val="single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u w:val="single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u w:val="single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u w:val="single"/>
          <w:rtl/>
          <w:lang w:val="en-US"/>
        </w:rPr>
        <w:t>البشرية: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إن نظام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المؤسسات يعمل من اجل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تحقيق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العديد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الأهداف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التي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تتجمع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النهاية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لتحقيق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أعلى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درجة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الإنتاجية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للمؤسسة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. 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: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-العمل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مساعدة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اكتساب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العديد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المهارات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الحديثة؛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لزيادة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فعالية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أعماله-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-زيادة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خبرات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خلال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تخصيص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الأعمال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ليقوم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كل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موظف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بمهمة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واحدة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لكن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بدرجة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عالية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الاتقان؛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فيصبح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كله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بأعلى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درجة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الجودة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محاولة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تخفيف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أعباء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الحياة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خلال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إنشاء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نظام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إجازات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ومواعيد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وأماكن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تحقق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التوازن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الحياة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والشخصية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تدريب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وتطوير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مهارات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مديري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الأقسام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المختلفة؛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للتأكد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أنهم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قادرون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قيادة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فرقهم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بأفضل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طريقة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ممكنة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تحسين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بيئة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داخل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المؤسسة؛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لأن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شعور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بالرضا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يساهم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زيادة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إسهاماتهم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وجودة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أعمالهم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spacing w:before="0" w:after="200"/>
        <w:jc w:val="right"/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التأكد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تنفيذ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القوانين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واللوائح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المنظمة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للعمل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داخل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بالشكل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الذي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يضمن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الحفاظ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حقوق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والالتزام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بتنفيذ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خطط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واستراتيجيات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الوقت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نفسه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jc w:val="both"/>
        <w:rPr>
          <w:rFonts w:ascii="Cambria" w:eastAsia="MS Mincho" w:hAnsi="Cambria" w:cs="Arial"/>
          <w:b/>
          <w:bCs/>
          <w:color w:val="943634"/>
          <w:sz w:val="28"/>
          <w:szCs w:val="28"/>
          <w:lang w:val="en-US"/>
        </w:rPr>
      </w:pP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العمل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تعزيز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العلاقات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الإيجابية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الموظفين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وبعضهم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البعض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بشكل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يحقق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التعاون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بينهم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بما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يخدم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مصالح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 xml:space="preserve"> </w:t>
      </w:r>
      <w:r w:rsidRPr="00EC1504">
        <w:rPr>
          <w:rFonts w:ascii="Cambria" w:eastAsia="MS Mincho" w:hAnsi="Cambria" w:cs="Arial" w:hint="cs"/>
          <w:b/>
          <w:bCs/>
          <w:color w:val="943634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b/>
          <w:bCs/>
          <w:color w:val="943634"/>
          <w:sz w:val="28"/>
          <w:szCs w:val="28"/>
          <w:rtl/>
          <w:lang w:val="en-US"/>
        </w:rPr>
        <w:t>.</w:t>
      </w:r>
    </w:p>
    <w:p w:rsidR="00EC1504" w:rsidRPr="00EC1504" w:rsidRDefault="00EC1504" w:rsidP="00EC1504">
      <w:pPr>
        <w:keepNext/>
        <w:keepLines/>
        <w:bidi/>
        <w:spacing w:before="200" w:after="0"/>
        <w:outlineLvl w:val="1"/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</w:pP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lastRenderedPageBreak/>
        <w:t>سادساً</w:t>
      </w:r>
      <w:r w:rsidRPr="00EC1504">
        <w:rPr>
          <w:rFonts w:ascii="Calibri" w:eastAsia="MS Gothic" w:hAnsi="Calibri" w:cs="Times New Roman"/>
          <w:b/>
          <w:bCs/>
          <w:color w:val="4F81BD"/>
          <w:sz w:val="28"/>
          <w:szCs w:val="28"/>
          <w:lang w:val="en-US"/>
        </w:rPr>
        <w:t xml:space="preserve">: </w:t>
      </w:r>
      <w:r w:rsidRPr="00EC1504">
        <w:rPr>
          <w:rFonts w:ascii="Calibri" w:eastAsia="MS Gothic" w:hAnsi="Calibri" w:cs="Calibri"/>
          <w:b/>
          <w:bCs/>
          <w:color w:val="4F81BD"/>
          <w:sz w:val="28"/>
          <w:szCs w:val="28"/>
          <w:rtl/>
          <w:lang w:val="en-US"/>
        </w:rPr>
        <w:t>خاتمة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إنّ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إدارة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الموارد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ليست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مجرد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وظيفة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تقليدية،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هي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منظومة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فكرية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واستراتيجية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تهدف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تحويل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المورد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البشري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إلى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مصدر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للتميز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والابتكار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.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ويُعد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نجاحها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مؤشراً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نضج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المؤسسة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وقدرتها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المنافسة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في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بيئة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تتسم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بالتغير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السريع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والاعتماد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المتزايد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على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المعرفة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 xml:space="preserve"> </w:t>
      </w: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والتكنولوجيا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.</w:t>
      </w:r>
    </w:p>
    <w:p w:rsidR="00EC1504" w:rsidRPr="00EC1504" w:rsidRDefault="00EC1504" w:rsidP="00EC1504">
      <w:pPr>
        <w:bidi/>
        <w:spacing w:before="0" w:after="200"/>
        <w:rPr>
          <w:rFonts w:ascii="Cambria" w:eastAsia="MS Mincho" w:hAnsi="Cambria" w:cs="Arial"/>
          <w:sz w:val="28"/>
          <w:szCs w:val="28"/>
          <w:lang w:val="en-US"/>
        </w:rPr>
      </w:pPr>
      <w:r w:rsidRPr="00EC1504">
        <w:rPr>
          <w:rFonts w:ascii="Cambria" w:eastAsia="MS Mincho" w:hAnsi="Cambria" w:cs="Times New Roman"/>
          <w:sz w:val="28"/>
          <w:szCs w:val="28"/>
          <w:rtl/>
          <w:lang w:val="en-US"/>
        </w:rPr>
        <w:t>المرجع</w:t>
      </w:r>
      <w:r w:rsidRPr="00EC1504">
        <w:rPr>
          <w:rFonts w:ascii="Cambria" w:eastAsia="MS Mincho" w:hAnsi="Cambria" w:cs="Arial"/>
          <w:sz w:val="28"/>
          <w:szCs w:val="28"/>
          <w:lang w:val="en-US"/>
        </w:rPr>
        <w:t>: Armstrong, 2022.</w:t>
      </w:r>
    </w:p>
    <w:p w:rsidR="00B51452" w:rsidRDefault="00B51452"/>
    <w:sectPr w:rsidR="00B51452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6AB" w:rsidRDefault="007D06AB" w:rsidP="00EC1504">
      <w:pPr>
        <w:spacing w:before="0" w:after="0" w:line="240" w:lineRule="auto"/>
      </w:pPr>
      <w:r>
        <w:separator/>
      </w:r>
    </w:p>
  </w:endnote>
  <w:endnote w:type="continuationSeparator" w:id="0">
    <w:p w:rsidR="007D06AB" w:rsidRDefault="007D06AB" w:rsidP="00EC15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242300"/>
      <w:docPartObj>
        <w:docPartGallery w:val="Page Numbers (Bottom of Page)"/>
        <w:docPartUnique/>
      </w:docPartObj>
    </w:sdtPr>
    <w:sdtEndPr/>
    <w:sdtContent>
      <w:p w:rsidR="008B00C3" w:rsidRDefault="007D06A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504" w:rsidRPr="00EC1504">
          <w:rPr>
            <w:noProof/>
            <w:lang w:val="fr-FR"/>
          </w:rPr>
          <w:t>5</w:t>
        </w:r>
        <w:r>
          <w:fldChar w:fldCharType="end"/>
        </w:r>
      </w:p>
    </w:sdtContent>
  </w:sdt>
  <w:p w:rsidR="008B00C3" w:rsidRDefault="007D06A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6AB" w:rsidRDefault="007D06AB" w:rsidP="00EC1504">
      <w:pPr>
        <w:spacing w:before="0" w:after="0" w:line="240" w:lineRule="auto"/>
      </w:pPr>
      <w:r>
        <w:separator/>
      </w:r>
    </w:p>
  </w:footnote>
  <w:footnote w:type="continuationSeparator" w:id="0">
    <w:p w:rsidR="007D06AB" w:rsidRDefault="007D06AB" w:rsidP="00EC15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504" w:rsidRPr="00EC1504" w:rsidRDefault="00EC1504">
    <w:pPr>
      <w:pStyle w:val="En-tte"/>
      <w:rPr>
        <w:rFonts w:hint="cs"/>
        <w:b/>
        <w:bCs/>
        <w:lang w:bidi="ar-DZ"/>
      </w:rPr>
    </w:pPr>
    <w:r w:rsidRPr="00EC1504">
      <w:rPr>
        <w:rFonts w:hint="cs"/>
        <w:b/>
        <w:bCs/>
        <w:rtl/>
        <w:lang w:bidi="ar-DZ"/>
      </w:rPr>
      <w:t>المحاضرة الاولى                                                                                  الأستاذ: كياس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504"/>
    <w:rsid w:val="007D06AB"/>
    <w:rsid w:val="00B51452"/>
    <w:rsid w:val="00B76AA5"/>
    <w:rsid w:val="00EC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A5"/>
  </w:style>
  <w:style w:type="paragraph" w:styleId="Titre1">
    <w:name w:val="heading 1"/>
    <w:basedOn w:val="Normal"/>
    <w:next w:val="Normal"/>
    <w:link w:val="Titre1Car1"/>
    <w:uiPriority w:val="9"/>
    <w:qFormat/>
    <w:rsid w:val="00EC15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150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150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150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150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150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150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150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150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next w:val="Normal"/>
    <w:link w:val="Titre1Car"/>
    <w:uiPriority w:val="9"/>
    <w:qFormat/>
    <w:rsid w:val="00EC1504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Titre21">
    <w:name w:val="Titre 21"/>
    <w:basedOn w:val="Normal"/>
    <w:next w:val="Normal"/>
    <w:uiPriority w:val="9"/>
    <w:unhideWhenUsed/>
    <w:qFormat/>
    <w:rsid w:val="00EC150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val="en-US"/>
    </w:rPr>
  </w:style>
  <w:style w:type="paragraph" w:customStyle="1" w:styleId="Titre31">
    <w:name w:val="Titre 31"/>
    <w:basedOn w:val="Normal"/>
    <w:next w:val="Normal"/>
    <w:uiPriority w:val="9"/>
    <w:unhideWhenUsed/>
    <w:qFormat/>
    <w:rsid w:val="00EC150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  <w:lang w:val="en-US"/>
    </w:rPr>
  </w:style>
  <w:style w:type="paragraph" w:customStyle="1" w:styleId="Titre41">
    <w:name w:val="Titre 4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  <w:lang w:val="en-US"/>
    </w:rPr>
  </w:style>
  <w:style w:type="paragraph" w:customStyle="1" w:styleId="Titre51">
    <w:name w:val="Titre 5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  <w:lang w:val="en-US"/>
    </w:rPr>
  </w:style>
  <w:style w:type="paragraph" w:customStyle="1" w:styleId="Titre61">
    <w:name w:val="Titre 6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  <w:lang w:val="en-US"/>
    </w:rPr>
  </w:style>
  <w:style w:type="paragraph" w:customStyle="1" w:styleId="Titre71">
    <w:name w:val="Titre 7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  <w:lang w:val="en-US"/>
    </w:rPr>
  </w:style>
  <w:style w:type="paragraph" w:customStyle="1" w:styleId="Titre81">
    <w:name w:val="Titre 8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  <w:lang w:val="en-US"/>
    </w:rPr>
  </w:style>
  <w:style w:type="paragraph" w:customStyle="1" w:styleId="Titre91">
    <w:name w:val="Titre 9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  <w:lang w:val="en-US"/>
    </w:rPr>
  </w:style>
  <w:style w:type="numbering" w:customStyle="1" w:styleId="Aucuneliste1">
    <w:name w:val="Aucune liste1"/>
    <w:next w:val="Aucuneliste"/>
    <w:uiPriority w:val="99"/>
    <w:semiHidden/>
    <w:unhideWhenUsed/>
    <w:rsid w:val="00EC1504"/>
  </w:style>
  <w:style w:type="paragraph" w:styleId="En-tte">
    <w:name w:val="header"/>
    <w:basedOn w:val="Normal"/>
    <w:link w:val="En-tteCar"/>
    <w:uiPriority w:val="99"/>
    <w:unhideWhenUsed/>
    <w:rsid w:val="00EC1504"/>
    <w:pPr>
      <w:tabs>
        <w:tab w:val="center" w:pos="4680"/>
        <w:tab w:val="right" w:pos="9360"/>
      </w:tabs>
      <w:spacing w:before="0" w:after="0" w:line="240" w:lineRule="auto"/>
    </w:pPr>
    <w:rPr>
      <w:rFonts w:eastAsia="MS Mincho"/>
      <w:lang w:val="en-US"/>
    </w:rPr>
  </w:style>
  <w:style w:type="character" w:customStyle="1" w:styleId="En-tteCar">
    <w:name w:val="En-tête Car"/>
    <w:basedOn w:val="Policepardfaut"/>
    <w:link w:val="En-tte"/>
    <w:uiPriority w:val="99"/>
    <w:rsid w:val="00EC1504"/>
    <w:rPr>
      <w:rFonts w:eastAsia="MS Mincho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EC1504"/>
    <w:pPr>
      <w:tabs>
        <w:tab w:val="center" w:pos="4680"/>
        <w:tab w:val="right" w:pos="9360"/>
      </w:tabs>
      <w:spacing w:before="0" w:after="0" w:line="240" w:lineRule="auto"/>
    </w:pPr>
    <w:rPr>
      <w:rFonts w:eastAsia="MS Mincho"/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EC1504"/>
    <w:rPr>
      <w:rFonts w:eastAsia="MS Mincho"/>
      <w:lang w:val="en-US"/>
    </w:rPr>
  </w:style>
  <w:style w:type="paragraph" w:styleId="Sansinterligne">
    <w:name w:val="No Spacing"/>
    <w:uiPriority w:val="1"/>
    <w:qFormat/>
    <w:rsid w:val="00EC1504"/>
    <w:pPr>
      <w:spacing w:before="0" w:after="0" w:line="240" w:lineRule="auto"/>
    </w:pPr>
    <w:rPr>
      <w:rFonts w:eastAsia="MS Mincho"/>
      <w:lang w:val="en-US"/>
    </w:rPr>
  </w:style>
  <w:style w:type="character" w:customStyle="1" w:styleId="Titre1Car">
    <w:name w:val="Titre 1 Car"/>
    <w:basedOn w:val="Policepardfaut"/>
    <w:link w:val="Titre11"/>
    <w:uiPriority w:val="9"/>
    <w:rsid w:val="00EC1504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C1504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C1504"/>
    <w:rPr>
      <w:rFonts w:ascii="Calibri" w:eastAsia="MS Gothic" w:hAnsi="Calibri" w:cs="Times New Roman"/>
      <w:b/>
      <w:bCs/>
      <w:color w:val="4F81BD"/>
    </w:rPr>
  </w:style>
  <w:style w:type="paragraph" w:customStyle="1" w:styleId="Titre10">
    <w:name w:val="Titre1"/>
    <w:basedOn w:val="Normal"/>
    <w:next w:val="Normal"/>
    <w:uiPriority w:val="10"/>
    <w:qFormat/>
    <w:rsid w:val="00EC1504"/>
    <w:pPr>
      <w:pBdr>
        <w:bottom w:val="single" w:sz="8" w:space="4" w:color="4F81BD"/>
      </w:pBdr>
      <w:spacing w:before="0"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EC1504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Sous-titre1">
    <w:name w:val="Sous-titre1"/>
    <w:basedOn w:val="Normal"/>
    <w:next w:val="Normal"/>
    <w:uiPriority w:val="11"/>
    <w:qFormat/>
    <w:rsid w:val="00EC1504"/>
    <w:pPr>
      <w:numPr>
        <w:ilvl w:val="1"/>
      </w:numPr>
      <w:spacing w:before="0" w:after="200"/>
    </w:pPr>
    <w:rPr>
      <w:rFonts w:ascii="Calibri" w:eastAsia="MS Gothic" w:hAnsi="Calibri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EC1504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C1504"/>
    <w:pPr>
      <w:spacing w:before="0" w:after="200"/>
      <w:ind w:left="720"/>
      <w:contextualSpacing/>
    </w:pPr>
    <w:rPr>
      <w:rFonts w:eastAsia="MS Mincho"/>
      <w:lang w:val="en-US"/>
    </w:rPr>
  </w:style>
  <w:style w:type="paragraph" w:styleId="Corpsdetexte">
    <w:name w:val="Body Text"/>
    <w:basedOn w:val="Normal"/>
    <w:link w:val="CorpsdetexteCar"/>
    <w:uiPriority w:val="99"/>
    <w:unhideWhenUsed/>
    <w:rsid w:val="00EC1504"/>
    <w:pPr>
      <w:spacing w:before="0"/>
    </w:pPr>
    <w:rPr>
      <w:rFonts w:eastAsia="MS Mincho"/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EC1504"/>
    <w:rPr>
      <w:rFonts w:eastAsia="MS Mincho"/>
      <w:lang w:val="en-US"/>
    </w:rPr>
  </w:style>
  <w:style w:type="paragraph" w:styleId="Corpsdetexte2">
    <w:name w:val="Body Text 2"/>
    <w:basedOn w:val="Normal"/>
    <w:link w:val="Corpsdetexte2Car"/>
    <w:uiPriority w:val="99"/>
    <w:unhideWhenUsed/>
    <w:rsid w:val="00EC1504"/>
    <w:pPr>
      <w:spacing w:before="0" w:line="480" w:lineRule="auto"/>
    </w:pPr>
    <w:rPr>
      <w:rFonts w:eastAsia="MS Mincho"/>
      <w:lang w:val="en-US"/>
    </w:rPr>
  </w:style>
  <w:style w:type="character" w:customStyle="1" w:styleId="Corpsdetexte2Car">
    <w:name w:val="Corps de texte 2 Car"/>
    <w:basedOn w:val="Policepardfaut"/>
    <w:link w:val="Corpsdetexte2"/>
    <w:uiPriority w:val="99"/>
    <w:rsid w:val="00EC1504"/>
    <w:rPr>
      <w:rFonts w:eastAsia="MS Mincho"/>
      <w:lang w:val="en-US"/>
    </w:rPr>
  </w:style>
  <w:style w:type="paragraph" w:styleId="Corpsdetexte3">
    <w:name w:val="Body Text 3"/>
    <w:basedOn w:val="Normal"/>
    <w:link w:val="Corpsdetexte3Car"/>
    <w:uiPriority w:val="99"/>
    <w:unhideWhenUsed/>
    <w:rsid w:val="00EC1504"/>
    <w:pPr>
      <w:spacing w:before="0"/>
    </w:pPr>
    <w:rPr>
      <w:rFonts w:eastAsia="MS Mincho"/>
      <w:sz w:val="16"/>
      <w:szCs w:val="16"/>
      <w:lang w:val="en-US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C1504"/>
    <w:rPr>
      <w:rFonts w:eastAsia="MS Mincho"/>
      <w:sz w:val="16"/>
      <w:szCs w:val="16"/>
      <w:lang w:val="en-US"/>
    </w:rPr>
  </w:style>
  <w:style w:type="paragraph" w:styleId="Liste">
    <w:name w:val="List"/>
    <w:basedOn w:val="Normal"/>
    <w:uiPriority w:val="99"/>
    <w:unhideWhenUsed/>
    <w:rsid w:val="00EC1504"/>
    <w:pPr>
      <w:spacing w:before="0" w:after="200"/>
      <w:ind w:left="360" w:hanging="360"/>
      <w:contextualSpacing/>
    </w:pPr>
    <w:rPr>
      <w:rFonts w:eastAsia="MS Mincho"/>
      <w:lang w:val="en-US"/>
    </w:rPr>
  </w:style>
  <w:style w:type="paragraph" w:styleId="Liste2">
    <w:name w:val="List 2"/>
    <w:basedOn w:val="Normal"/>
    <w:uiPriority w:val="99"/>
    <w:unhideWhenUsed/>
    <w:rsid w:val="00EC1504"/>
    <w:pPr>
      <w:spacing w:before="0" w:after="200"/>
      <w:ind w:left="720" w:hanging="360"/>
      <w:contextualSpacing/>
    </w:pPr>
    <w:rPr>
      <w:rFonts w:eastAsia="MS Mincho"/>
      <w:lang w:val="en-US"/>
    </w:rPr>
  </w:style>
  <w:style w:type="paragraph" w:styleId="Liste3">
    <w:name w:val="List 3"/>
    <w:basedOn w:val="Normal"/>
    <w:uiPriority w:val="99"/>
    <w:unhideWhenUsed/>
    <w:rsid w:val="00EC1504"/>
    <w:pPr>
      <w:spacing w:before="0" w:after="200"/>
      <w:ind w:left="1080" w:hanging="360"/>
      <w:contextualSpacing/>
    </w:pPr>
    <w:rPr>
      <w:rFonts w:eastAsia="MS Mincho"/>
      <w:lang w:val="en-US"/>
    </w:rPr>
  </w:style>
  <w:style w:type="paragraph" w:styleId="Listepuces">
    <w:name w:val="List Bullet"/>
    <w:basedOn w:val="Normal"/>
    <w:uiPriority w:val="99"/>
    <w:unhideWhenUsed/>
    <w:rsid w:val="00EC1504"/>
    <w:pPr>
      <w:numPr>
        <w:numId w:val="1"/>
      </w:numPr>
      <w:spacing w:before="0" w:after="200"/>
      <w:contextualSpacing/>
    </w:pPr>
    <w:rPr>
      <w:rFonts w:eastAsia="MS Mincho"/>
      <w:lang w:val="en-US"/>
    </w:rPr>
  </w:style>
  <w:style w:type="paragraph" w:styleId="Listepuces2">
    <w:name w:val="List Bullet 2"/>
    <w:basedOn w:val="Normal"/>
    <w:uiPriority w:val="99"/>
    <w:unhideWhenUsed/>
    <w:rsid w:val="00EC1504"/>
    <w:pPr>
      <w:numPr>
        <w:numId w:val="2"/>
      </w:numPr>
      <w:spacing w:before="0" w:after="200"/>
      <w:contextualSpacing/>
    </w:pPr>
    <w:rPr>
      <w:rFonts w:eastAsia="MS Mincho"/>
      <w:lang w:val="en-US"/>
    </w:rPr>
  </w:style>
  <w:style w:type="paragraph" w:styleId="Listepuces3">
    <w:name w:val="List Bullet 3"/>
    <w:basedOn w:val="Normal"/>
    <w:uiPriority w:val="99"/>
    <w:unhideWhenUsed/>
    <w:rsid w:val="00EC1504"/>
    <w:pPr>
      <w:numPr>
        <w:numId w:val="3"/>
      </w:numPr>
      <w:spacing w:before="0" w:after="200"/>
      <w:contextualSpacing/>
    </w:pPr>
    <w:rPr>
      <w:rFonts w:eastAsia="MS Mincho"/>
      <w:lang w:val="en-US"/>
    </w:rPr>
  </w:style>
  <w:style w:type="paragraph" w:styleId="Listenumros">
    <w:name w:val="List Number"/>
    <w:basedOn w:val="Normal"/>
    <w:uiPriority w:val="99"/>
    <w:unhideWhenUsed/>
    <w:rsid w:val="00EC1504"/>
    <w:pPr>
      <w:numPr>
        <w:numId w:val="5"/>
      </w:numPr>
      <w:spacing w:before="0" w:after="200"/>
      <w:contextualSpacing/>
    </w:pPr>
    <w:rPr>
      <w:rFonts w:eastAsia="MS Mincho"/>
      <w:lang w:val="en-US"/>
    </w:rPr>
  </w:style>
  <w:style w:type="paragraph" w:styleId="Listenumros2">
    <w:name w:val="List Number 2"/>
    <w:basedOn w:val="Normal"/>
    <w:uiPriority w:val="99"/>
    <w:unhideWhenUsed/>
    <w:rsid w:val="00EC1504"/>
    <w:pPr>
      <w:numPr>
        <w:numId w:val="6"/>
      </w:numPr>
      <w:spacing w:before="0" w:after="200"/>
      <w:contextualSpacing/>
    </w:pPr>
    <w:rPr>
      <w:rFonts w:eastAsia="MS Mincho"/>
      <w:lang w:val="en-US"/>
    </w:rPr>
  </w:style>
  <w:style w:type="paragraph" w:styleId="Listenumros3">
    <w:name w:val="List Number 3"/>
    <w:basedOn w:val="Normal"/>
    <w:uiPriority w:val="99"/>
    <w:unhideWhenUsed/>
    <w:rsid w:val="00EC1504"/>
    <w:pPr>
      <w:numPr>
        <w:numId w:val="7"/>
      </w:numPr>
      <w:spacing w:before="0" w:after="200"/>
      <w:contextualSpacing/>
    </w:pPr>
    <w:rPr>
      <w:rFonts w:eastAsia="MS Mincho"/>
      <w:lang w:val="en-US"/>
    </w:rPr>
  </w:style>
  <w:style w:type="paragraph" w:styleId="Listecontinue">
    <w:name w:val="List Continue"/>
    <w:basedOn w:val="Normal"/>
    <w:uiPriority w:val="99"/>
    <w:unhideWhenUsed/>
    <w:rsid w:val="00EC1504"/>
    <w:pPr>
      <w:spacing w:before="0"/>
      <w:ind w:left="360"/>
      <w:contextualSpacing/>
    </w:pPr>
    <w:rPr>
      <w:rFonts w:eastAsia="MS Mincho"/>
      <w:lang w:val="en-US"/>
    </w:rPr>
  </w:style>
  <w:style w:type="paragraph" w:styleId="Listecontinue2">
    <w:name w:val="List Continue 2"/>
    <w:basedOn w:val="Normal"/>
    <w:uiPriority w:val="99"/>
    <w:unhideWhenUsed/>
    <w:rsid w:val="00EC1504"/>
    <w:pPr>
      <w:spacing w:before="0"/>
      <w:ind w:left="720"/>
      <w:contextualSpacing/>
    </w:pPr>
    <w:rPr>
      <w:rFonts w:eastAsia="MS Mincho"/>
      <w:lang w:val="en-US"/>
    </w:rPr>
  </w:style>
  <w:style w:type="paragraph" w:styleId="Listecontinue3">
    <w:name w:val="List Continue 3"/>
    <w:basedOn w:val="Normal"/>
    <w:uiPriority w:val="99"/>
    <w:unhideWhenUsed/>
    <w:rsid w:val="00EC1504"/>
    <w:pPr>
      <w:spacing w:before="0"/>
      <w:ind w:left="1080"/>
      <w:contextualSpacing/>
    </w:pPr>
    <w:rPr>
      <w:rFonts w:eastAsia="MS Mincho"/>
      <w:lang w:val="en-US"/>
    </w:rPr>
  </w:style>
  <w:style w:type="paragraph" w:styleId="Textedemacro">
    <w:name w:val="macro"/>
    <w:link w:val="TextedemacroCar"/>
    <w:uiPriority w:val="99"/>
    <w:unhideWhenUsed/>
    <w:rsid w:val="00EC150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200"/>
    </w:pPr>
    <w:rPr>
      <w:rFonts w:ascii="Courier" w:eastAsia="MS Mincho" w:hAnsi="Courier"/>
      <w:sz w:val="20"/>
      <w:szCs w:val="20"/>
      <w:lang w:val="en-US"/>
    </w:rPr>
  </w:style>
  <w:style w:type="character" w:customStyle="1" w:styleId="TextedemacroCar">
    <w:name w:val="Texte de macro Car"/>
    <w:basedOn w:val="Policepardfaut"/>
    <w:link w:val="Textedemacro"/>
    <w:uiPriority w:val="99"/>
    <w:rsid w:val="00EC1504"/>
    <w:rPr>
      <w:rFonts w:ascii="Courier" w:eastAsia="MS Mincho" w:hAnsi="Courier"/>
      <w:sz w:val="20"/>
      <w:szCs w:val="20"/>
      <w:lang w:val="en-US"/>
    </w:rPr>
  </w:style>
  <w:style w:type="paragraph" w:customStyle="1" w:styleId="Citation1">
    <w:name w:val="Citation1"/>
    <w:basedOn w:val="Normal"/>
    <w:next w:val="Normal"/>
    <w:uiPriority w:val="29"/>
    <w:qFormat/>
    <w:rsid w:val="00EC1504"/>
    <w:pPr>
      <w:spacing w:before="0" w:after="200"/>
    </w:pPr>
    <w:rPr>
      <w:rFonts w:eastAsia="MS Mincho"/>
      <w:i/>
      <w:iCs/>
      <w:color w:val="000000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EC1504"/>
    <w:rPr>
      <w:i/>
      <w:iCs/>
      <w:color w:val="000000"/>
    </w:rPr>
  </w:style>
  <w:style w:type="character" w:customStyle="1" w:styleId="Titre4Car">
    <w:name w:val="Titre 4 Car"/>
    <w:basedOn w:val="Policepardfaut"/>
    <w:link w:val="Titre4"/>
    <w:uiPriority w:val="9"/>
    <w:semiHidden/>
    <w:rsid w:val="00EC1504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Titre5Car">
    <w:name w:val="Titre 5 Car"/>
    <w:basedOn w:val="Policepardfaut"/>
    <w:link w:val="Titre5"/>
    <w:uiPriority w:val="9"/>
    <w:semiHidden/>
    <w:rsid w:val="00EC1504"/>
    <w:rPr>
      <w:rFonts w:ascii="Calibri" w:eastAsia="MS Gothic" w:hAnsi="Calibri" w:cs="Times New Roman"/>
      <w:color w:val="243F60"/>
    </w:rPr>
  </w:style>
  <w:style w:type="character" w:customStyle="1" w:styleId="Titre6Car">
    <w:name w:val="Titre 6 Car"/>
    <w:basedOn w:val="Policepardfaut"/>
    <w:link w:val="Titre6"/>
    <w:uiPriority w:val="9"/>
    <w:semiHidden/>
    <w:rsid w:val="00EC1504"/>
    <w:rPr>
      <w:rFonts w:ascii="Calibri" w:eastAsia="MS Gothic" w:hAnsi="Calibri" w:cs="Times New Roman"/>
      <w:i/>
      <w:iCs/>
      <w:color w:val="243F60"/>
    </w:rPr>
  </w:style>
  <w:style w:type="character" w:customStyle="1" w:styleId="Titre7Car">
    <w:name w:val="Titre 7 Car"/>
    <w:basedOn w:val="Policepardfaut"/>
    <w:link w:val="Titre7"/>
    <w:uiPriority w:val="9"/>
    <w:semiHidden/>
    <w:rsid w:val="00EC1504"/>
    <w:rPr>
      <w:rFonts w:ascii="Calibri" w:eastAsia="MS Gothic" w:hAnsi="Calibri" w:cs="Times New Roman"/>
      <w:i/>
      <w:iCs/>
      <w:color w:val="404040"/>
    </w:rPr>
  </w:style>
  <w:style w:type="character" w:customStyle="1" w:styleId="Titre8Car">
    <w:name w:val="Titre 8 Car"/>
    <w:basedOn w:val="Policepardfaut"/>
    <w:link w:val="Titre8"/>
    <w:uiPriority w:val="9"/>
    <w:semiHidden/>
    <w:rsid w:val="00EC1504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EC1504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Lgende1">
    <w:name w:val="Légende1"/>
    <w:basedOn w:val="Normal"/>
    <w:next w:val="Normal"/>
    <w:uiPriority w:val="35"/>
    <w:semiHidden/>
    <w:unhideWhenUsed/>
    <w:qFormat/>
    <w:rsid w:val="00EC1504"/>
    <w:pPr>
      <w:spacing w:before="0" w:after="200" w:line="240" w:lineRule="auto"/>
    </w:pPr>
    <w:rPr>
      <w:rFonts w:eastAsia="MS Mincho"/>
      <w:b/>
      <w:bCs/>
      <w:color w:val="4F81BD"/>
      <w:sz w:val="18"/>
      <w:szCs w:val="18"/>
      <w:lang w:val="en-US"/>
    </w:rPr>
  </w:style>
  <w:style w:type="character" w:styleId="lev">
    <w:name w:val="Strong"/>
    <w:basedOn w:val="Policepardfaut"/>
    <w:uiPriority w:val="22"/>
    <w:qFormat/>
    <w:rsid w:val="00EC1504"/>
    <w:rPr>
      <w:b/>
      <w:bCs/>
    </w:rPr>
  </w:style>
  <w:style w:type="character" w:styleId="Accentuation">
    <w:name w:val="Emphasis"/>
    <w:basedOn w:val="Policepardfaut"/>
    <w:uiPriority w:val="20"/>
    <w:qFormat/>
    <w:rsid w:val="00EC1504"/>
    <w:rPr>
      <w:i/>
      <w:iCs/>
    </w:rPr>
  </w:style>
  <w:style w:type="paragraph" w:customStyle="1" w:styleId="Citationintense1">
    <w:name w:val="Citation intense1"/>
    <w:basedOn w:val="Normal"/>
    <w:next w:val="Normal"/>
    <w:uiPriority w:val="30"/>
    <w:qFormat/>
    <w:rsid w:val="00EC1504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1504"/>
    <w:rPr>
      <w:b/>
      <w:bCs/>
      <w:i/>
      <w:iCs/>
      <w:color w:val="4F81BD"/>
    </w:rPr>
  </w:style>
  <w:style w:type="character" w:customStyle="1" w:styleId="Emphaseple1">
    <w:name w:val="Emphase pâle1"/>
    <w:basedOn w:val="Policepardfaut"/>
    <w:uiPriority w:val="19"/>
    <w:qFormat/>
    <w:rsid w:val="00EC1504"/>
    <w:rPr>
      <w:i/>
      <w:iCs/>
      <w:color w:val="808080"/>
    </w:rPr>
  </w:style>
  <w:style w:type="character" w:customStyle="1" w:styleId="Emphaseintense1">
    <w:name w:val="Emphase intense1"/>
    <w:basedOn w:val="Policepardfaut"/>
    <w:uiPriority w:val="21"/>
    <w:qFormat/>
    <w:rsid w:val="00EC1504"/>
    <w:rPr>
      <w:b/>
      <w:bCs/>
      <w:i/>
      <w:iCs/>
      <w:color w:val="4F81BD"/>
    </w:rPr>
  </w:style>
  <w:style w:type="character" w:customStyle="1" w:styleId="Rfrenceple1">
    <w:name w:val="Référence pâle1"/>
    <w:basedOn w:val="Policepardfaut"/>
    <w:uiPriority w:val="31"/>
    <w:qFormat/>
    <w:rsid w:val="00EC1504"/>
    <w:rPr>
      <w:smallCaps/>
      <w:color w:val="C0504D"/>
      <w:u w:val="single"/>
    </w:rPr>
  </w:style>
  <w:style w:type="character" w:customStyle="1" w:styleId="Rfrenceintense1">
    <w:name w:val="Référence intense1"/>
    <w:basedOn w:val="Policepardfaut"/>
    <w:uiPriority w:val="32"/>
    <w:qFormat/>
    <w:rsid w:val="00EC1504"/>
    <w:rPr>
      <w:b/>
      <w:bCs/>
      <w:smallCaps/>
      <w:color w:val="C0504D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EC1504"/>
    <w:rPr>
      <w:b/>
      <w:bCs/>
      <w:smallCaps/>
      <w:spacing w:val="5"/>
    </w:rPr>
  </w:style>
  <w:style w:type="character" w:customStyle="1" w:styleId="Titre1Car1">
    <w:name w:val="Titre 1 Car1"/>
    <w:basedOn w:val="Policepardfaut"/>
    <w:link w:val="Titre1"/>
    <w:uiPriority w:val="9"/>
    <w:rsid w:val="00EC15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C1504"/>
    <w:pPr>
      <w:outlineLvl w:val="9"/>
    </w:pPr>
    <w:rPr>
      <w:lang w:val="en-US"/>
    </w:rPr>
  </w:style>
  <w:style w:type="table" w:styleId="Grilledutableau">
    <w:name w:val="Table Grid"/>
    <w:basedOn w:val="TableauNormal"/>
    <w:uiPriority w:val="59"/>
    <w:rsid w:val="00EC1504"/>
    <w:pPr>
      <w:spacing w:before="0"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mbrageclair1">
    <w:name w:val="Ombrage clair1"/>
    <w:basedOn w:val="TableauNormal"/>
    <w:next w:val="Ombrageclair"/>
    <w:uiPriority w:val="60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rameclaire-Accent11">
    <w:name w:val="Trame claire - Accent 11"/>
    <w:basedOn w:val="TableauNormal"/>
    <w:next w:val="Trameclaire-Accent1"/>
    <w:uiPriority w:val="60"/>
    <w:rsid w:val="00EC1504"/>
    <w:pPr>
      <w:spacing w:before="0" w:after="0" w:line="240" w:lineRule="auto"/>
    </w:pPr>
    <w:rPr>
      <w:rFonts w:eastAsia="MS Mincho"/>
      <w:color w:val="365F91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rameclaire-Accent21">
    <w:name w:val="Trame claire - Accent 21"/>
    <w:basedOn w:val="TableauNormal"/>
    <w:next w:val="Trameclaire-Accent2"/>
    <w:uiPriority w:val="60"/>
    <w:rsid w:val="00EC1504"/>
    <w:pPr>
      <w:spacing w:before="0" w:after="0" w:line="240" w:lineRule="auto"/>
    </w:pPr>
    <w:rPr>
      <w:rFonts w:eastAsia="MS Mincho"/>
      <w:color w:val="943634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Trameclaire-Accent31">
    <w:name w:val="Trame claire - Accent 31"/>
    <w:basedOn w:val="TableauNormal"/>
    <w:next w:val="Trameclaire-Accent3"/>
    <w:uiPriority w:val="60"/>
    <w:rsid w:val="00EC1504"/>
    <w:pPr>
      <w:spacing w:before="0" w:after="0" w:line="240" w:lineRule="auto"/>
    </w:pPr>
    <w:rPr>
      <w:rFonts w:eastAsia="MS Mincho"/>
      <w:color w:val="76923C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Trameclaire-Accent41">
    <w:name w:val="Trame claire - Accent 41"/>
    <w:basedOn w:val="TableauNormal"/>
    <w:next w:val="Trameclaire-Accent4"/>
    <w:uiPriority w:val="60"/>
    <w:rsid w:val="00EC1504"/>
    <w:pPr>
      <w:spacing w:before="0" w:after="0" w:line="240" w:lineRule="auto"/>
    </w:pPr>
    <w:rPr>
      <w:rFonts w:eastAsia="MS Mincho"/>
      <w:color w:val="5F497A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Trameclaire-Accent51">
    <w:name w:val="Trame claire - Accent 51"/>
    <w:basedOn w:val="TableauNormal"/>
    <w:next w:val="Trameclaire-Accent5"/>
    <w:uiPriority w:val="60"/>
    <w:rsid w:val="00EC1504"/>
    <w:pPr>
      <w:spacing w:before="0" w:after="0" w:line="240" w:lineRule="auto"/>
    </w:pPr>
    <w:rPr>
      <w:rFonts w:eastAsia="MS Mincho"/>
      <w:color w:val="31849B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Trameclaire-Accent61">
    <w:name w:val="Trame claire - Accent 61"/>
    <w:basedOn w:val="TableauNormal"/>
    <w:next w:val="Trameclaire-Accent6"/>
    <w:uiPriority w:val="60"/>
    <w:rsid w:val="00EC1504"/>
    <w:pPr>
      <w:spacing w:before="0" w:after="0" w:line="240" w:lineRule="auto"/>
    </w:pPr>
    <w:rPr>
      <w:rFonts w:eastAsia="MS Mincho"/>
      <w:color w:val="E36C0A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steclaire1">
    <w:name w:val="Liste claire1"/>
    <w:basedOn w:val="TableauNormal"/>
    <w:next w:val="Listeclaire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eclaire-Accent11">
    <w:name w:val="Liste claire - Accent 11"/>
    <w:basedOn w:val="TableauNormal"/>
    <w:next w:val="Listeclaire-Accent1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eclaire-Accent21">
    <w:name w:val="Liste claire - Accent 21"/>
    <w:basedOn w:val="TableauNormal"/>
    <w:next w:val="Listeclaire-Accent2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eclaire-Accent31">
    <w:name w:val="Liste claire - Accent 31"/>
    <w:basedOn w:val="TableauNormal"/>
    <w:next w:val="Listeclaire-Accent3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eclaire-Accent41">
    <w:name w:val="Liste claire - Accent 41"/>
    <w:basedOn w:val="TableauNormal"/>
    <w:next w:val="Listeclaire-Accent4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eclaire-Accent51">
    <w:name w:val="Liste claire - Accent 51"/>
    <w:basedOn w:val="TableauNormal"/>
    <w:next w:val="Listeclaire-Accent5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eclaire-Accent61">
    <w:name w:val="Liste claire - Accent 61"/>
    <w:basedOn w:val="TableauNormal"/>
    <w:next w:val="Listeclaire-Accent6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Grilleclaire1">
    <w:name w:val="Grille claire1"/>
    <w:basedOn w:val="TableauNormal"/>
    <w:next w:val="Grilleclaire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leclaire-Accent11">
    <w:name w:val="Grille claire - Accent 11"/>
    <w:basedOn w:val="TableauNormal"/>
    <w:next w:val="Grilleclaire-Accent1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leclaire-Accent21">
    <w:name w:val="Grille claire - Accent 21"/>
    <w:basedOn w:val="TableauNormal"/>
    <w:next w:val="Grilleclaire-Accent2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leclaire-Accent31">
    <w:name w:val="Grille claire - Accent 31"/>
    <w:basedOn w:val="TableauNormal"/>
    <w:next w:val="Grilleclaire-Accent3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leclaire-Accent41">
    <w:name w:val="Grille claire - Accent 41"/>
    <w:basedOn w:val="TableauNormal"/>
    <w:next w:val="Grilleclaire-Accent4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leclaire-Accent51">
    <w:name w:val="Grille claire - Accent 51"/>
    <w:basedOn w:val="TableauNormal"/>
    <w:next w:val="Grilleclaire-Accent5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leclaire-Accent61">
    <w:name w:val="Grille claire - Accent 61"/>
    <w:basedOn w:val="TableauNormal"/>
    <w:next w:val="Grilleclaire-Accent6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Tramemoyenne11">
    <w:name w:val="Trame moyenne 11"/>
    <w:basedOn w:val="TableauNormal"/>
    <w:next w:val="Tramemoyenne1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11">
    <w:name w:val="Trame moyenne 1 - Accent 11"/>
    <w:basedOn w:val="TableauNormal"/>
    <w:next w:val="Tramemoyenne1-Accent1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21">
    <w:name w:val="Trame moyenne 1 - Accent 21"/>
    <w:basedOn w:val="TableauNormal"/>
    <w:next w:val="Tramemoyenne1-Accent2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31">
    <w:name w:val="Trame moyenne 1 - Accent 31"/>
    <w:basedOn w:val="TableauNormal"/>
    <w:next w:val="Tramemoyenne1-Accent3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41">
    <w:name w:val="Trame moyenne 1 - Accent 41"/>
    <w:basedOn w:val="TableauNormal"/>
    <w:next w:val="Tramemoyenne1-Accent4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51">
    <w:name w:val="Trame moyenne 1 - Accent 51"/>
    <w:basedOn w:val="TableauNormal"/>
    <w:next w:val="Tramemoyenne1-Accent5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61">
    <w:name w:val="Trame moyenne 1 - Accent 61"/>
    <w:basedOn w:val="TableauNormal"/>
    <w:next w:val="Tramemoyenne1-Accent6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21">
    <w:name w:val="Trame moyenne 21"/>
    <w:basedOn w:val="TableauNormal"/>
    <w:next w:val="Tramemoyenne2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11">
    <w:name w:val="Trame moyenne 2 - Accent 11"/>
    <w:basedOn w:val="TableauNormal"/>
    <w:next w:val="Tramemoyenne2-Accent1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21">
    <w:name w:val="Trame moyenne 2 - Accent 21"/>
    <w:basedOn w:val="TableauNormal"/>
    <w:next w:val="Tramemoyenne2-Accent2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31">
    <w:name w:val="Trame moyenne 2 - Accent 31"/>
    <w:basedOn w:val="TableauNormal"/>
    <w:next w:val="Tramemoyenne2-Accent3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41">
    <w:name w:val="Trame moyenne 2 - Accent 41"/>
    <w:basedOn w:val="TableauNormal"/>
    <w:next w:val="Tramemoyenne2-Accent4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51">
    <w:name w:val="Trame moyenne 2 - Accent 51"/>
    <w:basedOn w:val="TableauNormal"/>
    <w:next w:val="Tramemoyenne2-Accent5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61">
    <w:name w:val="Trame moyenne 2 - Accent 61"/>
    <w:basedOn w:val="TableauNormal"/>
    <w:next w:val="Tramemoyenne2-Accent6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emoyenne11">
    <w:name w:val="Liste moyenne 11"/>
    <w:basedOn w:val="TableauNormal"/>
    <w:next w:val="Listemoyenne1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emoyenne1-Accent11">
    <w:name w:val="Liste moyenne 1 - Accent 11"/>
    <w:basedOn w:val="TableauNormal"/>
    <w:next w:val="Listemoyenne1-Accent1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stemoyenne1-Accent21">
    <w:name w:val="Liste moyenne 1 - Accent 21"/>
    <w:basedOn w:val="TableauNormal"/>
    <w:next w:val="Listemoyenne1-Accent2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Listemoyenne1-Accent31">
    <w:name w:val="Liste moyenne 1 - Accent 31"/>
    <w:basedOn w:val="TableauNormal"/>
    <w:next w:val="Listemoyenne1-Accent3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Listemoyenne1-Accent41">
    <w:name w:val="Liste moyenne 1 - Accent 41"/>
    <w:basedOn w:val="TableauNormal"/>
    <w:next w:val="Listemoyenne1-Accent4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Listemoyenne1-Accent51">
    <w:name w:val="Liste moyenne 1 - Accent 51"/>
    <w:basedOn w:val="TableauNormal"/>
    <w:next w:val="Listemoyenne1-Accent5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Listemoyenne1-Accent61">
    <w:name w:val="Liste moyenne 1 - Accent 61"/>
    <w:basedOn w:val="TableauNormal"/>
    <w:next w:val="Listemoyenne1-Accent6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emoyenne21">
    <w:name w:val="Liste moyenne 21"/>
    <w:basedOn w:val="TableauNormal"/>
    <w:next w:val="Listemoyenne2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11">
    <w:name w:val="Liste moyenne 2 - Accent 11"/>
    <w:basedOn w:val="TableauNormal"/>
    <w:next w:val="Listemoyenne2-Accent1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21">
    <w:name w:val="Liste moyenne 2 - Accent 21"/>
    <w:basedOn w:val="TableauNormal"/>
    <w:next w:val="Listemoyenne2-Accent2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31">
    <w:name w:val="Liste moyenne 2 - Accent 31"/>
    <w:basedOn w:val="TableauNormal"/>
    <w:next w:val="Listemoyenne2-Accent3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41">
    <w:name w:val="Liste moyenne 2 - Accent 41"/>
    <w:basedOn w:val="TableauNormal"/>
    <w:next w:val="Listemoyenne2-Accent4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51">
    <w:name w:val="Liste moyenne 2 - Accent 51"/>
    <w:basedOn w:val="TableauNormal"/>
    <w:next w:val="Listemoyenne2-Accent5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61">
    <w:name w:val="Liste moyenne 2 - Accent 61"/>
    <w:basedOn w:val="TableauNormal"/>
    <w:next w:val="Listemoyenne2-Accent6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llemoyenne11">
    <w:name w:val="Grille moyenne 11"/>
    <w:basedOn w:val="TableauNormal"/>
    <w:next w:val="Grillemoyenne1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Grillemoyenne1-Accent11">
    <w:name w:val="Grille moyenne 1 - Accent 11"/>
    <w:basedOn w:val="TableauNormal"/>
    <w:next w:val="Grillemoyenne1-Accent1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Grillemoyenne1-Accent21">
    <w:name w:val="Grille moyenne 1 - Accent 21"/>
    <w:basedOn w:val="TableauNormal"/>
    <w:next w:val="Grillemoyenne1-Accent2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Grillemoyenne1-Accent31">
    <w:name w:val="Grille moyenne 1 - Accent 31"/>
    <w:basedOn w:val="TableauNormal"/>
    <w:next w:val="Grillemoyenne1-Accent3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Grillemoyenne1-Accent41">
    <w:name w:val="Grille moyenne 1 - Accent 41"/>
    <w:basedOn w:val="TableauNormal"/>
    <w:next w:val="Grillemoyenne1-Accent4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Grillemoyenne1-Accent51">
    <w:name w:val="Grille moyenne 1 - Accent 51"/>
    <w:basedOn w:val="TableauNormal"/>
    <w:next w:val="Grillemoyenne1-Accent5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Grillemoyenne1-Accent61">
    <w:name w:val="Grille moyenne 1 - Accent 61"/>
    <w:basedOn w:val="TableauNormal"/>
    <w:next w:val="Grillemoyenne1-Accent6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moyenne21">
    <w:name w:val="Grille moyenne 21"/>
    <w:basedOn w:val="TableauNormal"/>
    <w:next w:val="Grillemoyenne2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11">
    <w:name w:val="Grille moyenne 2 - Accent 11"/>
    <w:basedOn w:val="TableauNormal"/>
    <w:next w:val="Grillemoyenne2-Accent1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21">
    <w:name w:val="Grille moyenne 2 - Accent 21"/>
    <w:basedOn w:val="TableauNormal"/>
    <w:next w:val="Grillemoyenne2-Accent2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31">
    <w:name w:val="Grille moyenne 2 - Accent 31"/>
    <w:basedOn w:val="TableauNormal"/>
    <w:next w:val="Grillemoyenne2-Accent3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41">
    <w:name w:val="Grille moyenne 2 - Accent 41"/>
    <w:basedOn w:val="TableauNormal"/>
    <w:next w:val="Grillemoyenne2-Accent4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51">
    <w:name w:val="Grille moyenne 2 - Accent 51"/>
    <w:basedOn w:val="TableauNormal"/>
    <w:next w:val="Grillemoyenne2-Accent5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61">
    <w:name w:val="Grille moyenne 2 - Accent 61"/>
    <w:basedOn w:val="TableauNormal"/>
    <w:next w:val="Grillemoyenne2-Accent6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31">
    <w:name w:val="Grille moyenne 31"/>
    <w:basedOn w:val="TableauNormal"/>
    <w:next w:val="Grillemoyenne3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lemoyenne3-Accent11">
    <w:name w:val="Grille moyenne 3 - Accent 11"/>
    <w:basedOn w:val="TableauNormal"/>
    <w:next w:val="Grillemoyenne3-Accent1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lemoyenne3-Accent21">
    <w:name w:val="Grille moyenne 3 - Accent 21"/>
    <w:basedOn w:val="TableauNormal"/>
    <w:next w:val="Grillemoyenne3-Accent2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lemoyenne3-Accent31">
    <w:name w:val="Grille moyenne 3 - Accent 31"/>
    <w:basedOn w:val="TableauNormal"/>
    <w:next w:val="Grillemoyenne3-Accent3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lemoyenne3-Accent41">
    <w:name w:val="Grille moyenne 3 - Accent 41"/>
    <w:basedOn w:val="TableauNormal"/>
    <w:next w:val="Grillemoyenne3-Accent4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lemoyenne3-Accent51">
    <w:name w:val="Grille moyenne 3 - Accent 51"/>
    <w:basedOn w:val="TableauNormal"/>
    <w:next w:val="Grillemoyenne3-Accent5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lemoyenne3-Accent61">
    <w:name w:val="Grille moyenne 3 - Accent 61"/>
    <w:basedOn w:val="TableauNormal"/>
    <w:next w:val="Grillemoyenne3-Accent6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Listefonce1">
    <w:name w:val="Liste foncée1"/>
    <w:basedOn w:val="TableauNormal"/>
    <w:next w:val="Listefonce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efonce-Accent11">
    <w:name w:val="Liste foncée - Accent 11"/>
    <w:basedOn w:val="TableauNormal"/>
    <w:next w:val="Listefonce-Accent1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efonce-Accent21">
    <w:name w:val="Liste foncée - Accent 21"/>
    <w:basedOn w:val="TableauNormal"/>
    <w:next w:val="Listefonce-Accent2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efonce-Accent31">
    <w:name w:val="Liste foncée - Accent 31"/>
    <w:basedOn w:val="TableauNormal"/>
    <w:next w:val="Listefonce-Accent3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efonce-Accent41">
    <w:name w:val="Liste foncée - Accent 41"/>
    <w:basedOn w:val="TableauNormal"/>
    <w:next w:val="Listefonce-Accent4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efonce-Accent51">
    <w:name w:val="Liste foncée - Accent 51"/>
    <w:basedOn w:val="TableauNormal"/>
    <w:next w:val="Listefonce-Accent5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efonce-Accent61">
    <w:name w:val="Liste foncée - Accent 61"/>
    <w:basedOn w:val="TableauNormal"/>
    <w:next w:val="Listefonce-Accent6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Tramecouleur1">
    <w:name w:val="Trame couleur1"/>
    <w:basedOn w:val="TableauNormal"/>
    <w:next w:val="Tramecouleur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11">
    <w:name w:val="Trame couleur - Accent 11"/>
    <w:basedOn w:val="TableauNormal"/>
    <w:next w:val="Tramecouleur-Accent1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21">
    <w:name w:val="Trame couleur - Accent 21"/>
    <w:basedOn w:val="TableauNormal"/>
    <w:next w:val="Tramecouleur-Accent2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31">
    <w:name w:val="Trame couleur - Accent 31"/>
    <w:basedOn w:val="TableauNormal"/>
    <w:next w:val="Tramecouleur-Accent3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Tramecouleur-Accent41">
    <w:name w:val="Trame couleur- Accent 41"/>
    <w:basedOn w:val="TableauNormal"/>
    <w:next w:val="Tramecouleur-Accent4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51">
    <w:name w:val="Trame couleur - Accent 51"/>
    <w:basedOn w:val="TableauNormal"/>
    <w:next w:val="Tramecouleur-Accent5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61">
    <w:name w:val="Trame couleur - Accent 61"/>
    <w:basedOn w:val="TableauNormal"/>
    <w:next w:val="Tramecouleur-Accent6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Listecouleur1">
    <w:name w:val="Liste couleur1"/>
    <w:basedOn w:val="TableauNormal"/>
    <w:next w:val="Listecouleur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couleur-Accent11">
    <w:name w:val="Liste couleur - Accent 11"/>
    <w:basedOn w:val="TableauNormal"/>
    <w:next w:val="Listecouleur-Accent1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ecouleur-Accent21">
    <w:name w:val="Liste couleur - Accent 21"/>
    <w:basedOn w:val="TableauNormal"/>
    <w:next w:val="Listecouleur-Accent2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ecouleur-Accent31">
    <w:name w:val="Liste couleur - Accent 31"/>
    <w:basedOn w:val="TableauNormal"/>
    <w:next w:val="Listecouleur-Accent3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ecouleur-Accent41">
    <w:name w:val="Liste couleur - Accent 41"/>
    <w:basedOn w:val="TableauNormal"/>
    <w:next w:val="Listecouleur-Accent4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ecouleur-Accent51">
    <w:name w:val="Liste couleur - Accent 51"/>
    <w:basedOn w:val="TableauNormal"/>
    <w:next w:val="Listecouleur-Accent5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ecouleur-Accent61">
    <w:name w:val="Liste couleur - Accent 61"/>
    <w:basedOn w:val="TableauNormal"/>
    <w:next w:val="Listecouleur-Accent6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Grillecouleur1">
    <w:name w:val="Grille couleur1"/>
    <w:basedOn w:val="TableauNormal"/>
    <w:next w:val="Grillecouleur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Grillecouleur-Accent11">
    <w:name w:val="Grille couleur - Accent 11"/>
    <w:basedOn w:val="TableauNormal"/>
    <w:next w:val="Grillecouleur-Accent1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Grillecouleur-Accent21">
    <w:name w:val="Grille couleur - Accent 21"/>
    <w:basedOn w:val="TableauNormal"/>
    <w:next w:val="Grillecouleur-Accent2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Grillecouleur-Accent31">
    <w:name w:val="Grille couleur - Accent 31"/>
    <w:basedOn w:val="TableauNormal"/>
    <w:next w:val="Grillecouleur-Accent3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Grillecouleur-Accent41">
    <w:name w:val="Grille couleur - Accent 41"/>
    <w:basedOn w:val="TableauNormal"/>
    <w:next w:val="Grillecouleur-Accent4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Grillecouleur-Accent51">
    <w:name w:val="Grille couleur - Accent 51"/>
    <w:basedOn w:val="TableauNormal"/>
    <w:next w:val="Grillecouleur-Accent5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Grillecouleur-Accent61">
    <w:name w:val="Grille couleur - Accent 61"/>
    <w:basedOn w:val="TableauNormal"/>
    <w:next w:val="Grillecouleur-Accent6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Titre2Car1">
    <w:name w:val="Titre 2 Car1"/>
    <w:basedOn w:val="Policepardfaut"/>
    <w:link w:val="Titre2"/>
    <w:uiPriority w:val="9"/>
    <w:semiHidden/>
    <w:rsid w:val="00EC1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1">
    <w:name w:val="Titre 3 Car1"/>
    <w:basedOn w:val="Policepardfaut"/>
    <w:link w:val="Titre3"/>
    <w:uiPriority w:val="9"/>
    <w:semiHidden/>
    <w:rsid w:val="00EC150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EC1504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reCar1">
    <w:name w:val="Titre Car1"/>
    <w:basedOn w:val="Policepardfaut"/>
    <w:link w:val="Titre"/>
    <w:uiPriority w:val="10"/>
    <w:rsid w:val="00EC15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1504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ous-titreCar1">
    <w:name w:val="Sous-titre Car1"/>
    <w:basedOn w:val="Policepardfaut"/>
    <w:link w:val="Sous-titre"/>
    <w:uiPriority w:val="11"/>
    <w:rsid w:val="00EC15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EC1504"/>
    <w:rPr>
      <w:i/>
      <w:iCs/>
      <w:color w:val="000000"/>
    </w:rPr>
  </w:style>
  <w:style w:type="character" w:customStyle="1" w:styleId="CitationCar1">
    <w:name w:val="Citation Car1"/>
    <w:basedOn w:val="Policepardfaut"/>
    <w:link w:val="Citation"/>
    <w:uiPriority w:val="29"/>
    <w:rsid w:val="00EC1504"/>
    <w:rPr>
      <w:i/>
      <w:iCs/>
      <w:color w:val="000000" w:themeColor="text1"/>
    </w:rPr>
  </w:style>
  <w:style w:type="character" w:customStyle="1" w:styleId="Titre4Car1">
    <w:name w:val="Titre 4 Car1"/>
    <w:basedOn w:val="Policepardfaut"/>
    <w:link w:val="Titre4"/>
    <w:uiPriority w:val="9"/>
    <w:semiHidden/>
    <w:rsid w:val="00EC15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1">
    <w:name w:val="Titre 5 Car1"/>
    <w:basedOn w:val="Policepardfaut"/>
    <w:link w:val="Titre5"/>
    <w:uiPriority w:val="9"/>
    <w:semiHidden/>
    <w:rsid w:val="00EC150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1">
    <w:name w:val="Titre 6 Car1"/>
    <w:basedOn w:val="Policepardfaut"/>
    <w:link w:val="Titre6"/>
    <w:uiPriority w:val="9"/>
    <w:semiHidden/>
    <w:rsid w:val="00EC150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1">
    <w:name w:val="Titre 7 Car1"/>
    <w:basedOn w:val="Policepardfaut"/>
    <w:link w:val="Titre7"/>
    <w:uiPriority w:val="9"/>
    <w:semiHidden/>
    <w:rsid w:val="00EC150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1">
    <w:name w:val="Titre 8 Car1"/>
    <w:basedOn w:val="Policepardfaut"/>
    <w:link w:val="Titre8"/>
    <w:uiPriority w:val="9"/>
    <w:semiHidden/>
    <w:rsid w:val="00EC150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1">
    <w:name w:val="Titre 9 Car1"/>
    <w:basedOn w:val="Policepardfaut"/>
    <w:link w:val="Titre9"/>
    <w:uiPriority w:val="9"/>
    <w:semiHidden/>
    <w:rsid w:val="00EC15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150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1">
    <w:name w:val="Citation intense Car1"/>
    <w:basedOn w:val="Policepardfaut"/>
    <w:link w:val="Citationintense"/>
    <w:uiPriority w:val="30"/>
    <w:rsid w:val="00EC1504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EC1504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EC1504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EC150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EC1504"/>
    <w:rPr>
      <w:b/>
      <w:bCs/>
      <w:smallCaps/>
      <w:color w:val="C0504D" w:themeColor="accent2"/>
      <w:spacing w:val="5"/>
      <w:u w:val="single"/>
    </w:rPr>
  </w:style>
  <w:style w:type="table" w:styleId="Ombrageclair">
    <w:name w:val="Light Shading"/>
    <w:basedOn w:val="TableauNormal"/>
    <w:uiPriority w:val="60"/>
    <w:rsid w:val="00EC1504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EC1504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EC1504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EC1504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EC1504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EC1504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EC1504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A5"/>
  </w:style>
  <w:style w:type="paragraph" w:styleId="Titre1">
    <w:name w:val="heading 1"/>
    <w:basedOn w:val="Normal"/>
    <w:next w:val="Normal"/>
    <w:link w:val="Titre1Car1"/>
    <w:uiPriority w:val="9"/>
    <w:qFormat/>
    <w:rsid w:val="00EC15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C150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150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C150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C150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C150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C150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C150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C150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next w:val="Normal"/>
    <w:link w:val="Titre1Car"/>
    <w:uiPriority w:val="9"/>
    <w:qFormat/>
    <w:rsid w:val="00EC1504"/>
    <w:pPr>
      <w:keepNext/>
      <w:keepLines/>
      <w:spacing w:before="480" w:after="0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Titre21">
    <w:name w:val="Titre 21"/>
    <w:basedOn w:val="Normal"/>
    <w:next w:val="Normal"/>
    <w:uiPriority w:val="9"/>
    <w:unhideWhenUsed/>
    <w:qFormat/>
    <w:rsid w:val="00EC150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val="en-US"/>
    </w:rPr>
  </w:style>
  <w:style w:type="paragraph" w:customStyle="1" w:styleId="Titre31">
    <w:name w:val="Titre 31"/>
    <w:basedOn w:val="Normal"/>
    <w:next w:val="Normal"/>
    <w:uiPriority w:val="9"/>
    <w:unhideWhenUsed/>
    <w:qFormat/>
    <w:rsid w:val="00EC150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  <w:lang w:val="en-US"/>
    </w:rPr>
  </w:style>
  <w:style w:type="paragraph" w:customStyle="1" w:styleId="Titre41">
    <w:name w:val="Titre 4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  <w:lang w:val="en-US"/>
    </w:rPr>
  </w:style>
  <w:style w:type="paragraph" w:customStyle="1" w:styleId="Titre51">
    <w:name w:val="Titre 5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  <w:lang w:val="en-US"/>
    </w:rPr>
  </w:style>
  <w:style w:type="paragraph" w:customStyle="1" w:styleId="Titre61">
    <w:name w:val="Titre 6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  <w:lang w:val="en-US"/>
    </w:rPr>
  </w:style>
  <w:style w:type="paragraph" w:customStyle="1" w:styleId="Titre71">
    <w:name w:val="Titre 7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  <w:lang w:val="en-US"/>
    </w:rPr>
  </w:style>
  <w:style w:type="paragraph" w:customStyle="1" w:styleId="Titre81">
    <w:name w:val="Titre 8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  <w:lang w:val="en-US"/>
    </w:rPr>
  </w:style>
  <w:style w:type="paragraph" w:customStyle="1" w:styleId="Titre91">
    <w:name w:val="Titre 91"/>
    <w:basedOn w:val="Normal"/>
    <w:next w:val="Normal"/>
    <w:uiPriority w:val="9"/>
    <w:semiHidden/>
    <w:unhideWhenUsed/>
    <w:qFormat/>
    <w:rsid w:val="00EC150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  <w:lang w:val="en-US"/>
    </w:rPr>
  </w:style>
  <w:style w:type="numbering" w:customStyle="1" w:styleId="Aucuneliste1">
    <w:name w:val="Aucune liste1"/>
    <w:next w:val="Aucuneliste"/>
    <w:uiPriority w:val="99"/>
    <w:semiHidden/>
    <w:unhideWhenUsed/>
    <w:rsid w:val="00EC1504"/>
  </w:style>
  <w:style w:type="paragraph" w:styleId="En-tte">
    <w:name w:val="header"/>
    <w:basedOn w:val="Normal"/>
    <w:link w:val="En-tteCar"/>
    <w:uiPriority w:val="99"/>
    <w:unhideWhenUsed/>
    <w:rsid w:val="00EC1504"/>
    <w:pPr>
      <w:tabs>
        <w:tab w:val="center" w:pos="4680"/>
        <w:tab w:val="right" w:pos="9360"/>
      </w:tabs>
      <w:spacing w:before="0" w:after="0" w:line="240" w:lineRule="auto"/>
    </w:pPr>
    <w:rPr>
      <w:rFonts w:eastAsia="MS Mincho"/>
      <w:lang w:val="en-US"/>
    </w:rPr>
  </w:style>
  <w:style w:type="character" w:customStyle="1" w:styleId="En-tteCar">
    <w:name w:val="En-tête Car"/>
    <w:basedOn w:val="Policepardfaut"/>
    <w:link w:val="En-tte"/>
    <w:uiPriority w:val="99"/>
    <w:rsid w:val="00EC1504"/>
    <w:rPr>
      <w:rFonts w:eastAsia="MS Mincho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EC1504"/>
    <w:pPr>
      <w:tabs>
        <w:tab w:val="center" w:pos="4680"/>
        <w:tab w:val="right" w:pos="9360"/>
      </w:tabs>
      <w:spacing w:before="0" w:after="0" w:line="240" w:lineRule="auto"/>
    </w:pPr>
    <w:rPr>
      <w:rFonts w:eastAsia="MS Mincho"/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EC1504"/>
    <w:rPr>
      <w:rFonts w:eastAsia="MS Mincho"/>
      <w:lang w:val="en-US"/>
    </w:rPr>
  </w:style>
  <w:style w:type="paragraph" w:styleId="Sansinterligne">
    <w:name w:val="No Spacing"/>
    <w:uiPriority w:val="1"/>
    <w:qFormat/>
    <w:rsid w:val="00EC1504"/>
    <w:pPr>
      <w:spacing w:before="0" w:after="0" w:line="240" w:lineRule="auto"/>
    </w:pPr>
    <w:rPr>
      <w:rFonts w:eastAsia="MS Mincho"/>
      <w:lang w:val="en-US"/>
    </w:rPr>
  </w:style>
  <w:style w:type="character" w:customStyle="1" w:styleId="Titre1Car">
    <w:name w:val="Titre 1 Car"/>
    <w:basedOn w:val="Policepardfaut"/>
    <w:link w:val="Titre11"/>
    <w:uiPriority w:val="9"/>
    <w:rsid w:val="00EC1504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C1504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C1504"/>
    <w:rPr>
      <w:rFonts w:ascii="Calibri" w:eastAsia="MS Gothic" w:hAnsi="Calibri" w:cs="Times New Roman"/>
      <w:b/>
      <w:bCs/>
      <w:color w:val="4F81BD"/>
    </w:rPr>
  </w:style>
  <w:style w:type="paragraph" w:customStyle="1" w:styleId="Titre10">
    <w:name w:val="Titre1"/>
    <w:basedOn w:val="Normal"/>
    <w:next w:val="Normal"/>
    <w:uiPriority w:val="10"/>
    <w:qFormat/>
    <w:rsid w:val="00EC1504"/>
    <w:pPr>
      <w:pBdr>
        <w:bottom w:val="single" w:sz="8" w:space="4" w:color="4F81BD"/>
      </w:pBdr>
      <w:spacing w:before="0"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EC1504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Sous-titre1">
    <w:name w:val="Sous-titre1"/>
    <w:basedOn w:val="Normal"/>
    <w:next w:val="Normal"/>
    <w:uiPriority w:val="11"/>
    <w:qFormat/>
    <w:rsid w:val="00EC1504"/>
    <w:pPr>
      <w:numPr>
        <w:ilvl w:val="1"/>
      </w:numPr>
      <w:spacing w:before="0" w:after="200"/>
    </w:pPr>
    <w:rPr>
      <w:rFonts w:ascii="Calibri" w:eastAsia="MS Gothic" w:hAnsi="Calibri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EC1504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C1504"/>
    <w:pPr>
      <w:spacing w:before="0" w:after="200"/>
      <w:ind w:left="720"/>
      <w:contextualSpacing/>
    </w:pPr>
    <w:rPr>
      <w:rFonts w:eastAsia="MS Mincho"/>
      <w:lang w:val="en-US"/>
    </w:rPr>
  </w:style>
  <w:style w:type="paragraph" w:styleId="Corpsdetexte">
    <w:name w:val="Body Text"/>
    <w:basedOn w:val="Normal"/>
    <w:link w:val="CorpsdetexteCar"/>
    <w:uiPriority w:val="99"/>
    <w:unhideWhenUsed/>
    <w:rsid w:val="00EC1504"/>
    <w:pPr>
      <w:spacing w:before="0"/>
    </w:pPr>
    <w:rPr>
      <w:rFonts w:eastAsia="MS Mincho"/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EC1504"/>
    <w:rPr>
      <w:rFonts w:eastAsia="MS Mincho"/>
      <w:lang w:val="en-US"/>
    </w:rPr>
  </w:style>
  <w:style w:type="paragraph" w:styleId="Corpsdetexte2">
    <w:name w:val="Body Text 2"/>
    <w:basedOn w:val="Normal"/>
    <w:link w:val="Corpsdetexte2Car"/>
    <w:uiPriority w:val="99"/>
    <w:unhideWhenUsed/>
    <w:rsid w:val="00EC1504"/>
    <w:pPr>
      <w:spacing w:before="0" w:line="480" w:lineRule="auto"/>
    </w:pPr>
    <w:rPr>
      <w:rFonts w:eastAsia="MS Mincho"/>
      <w:lang w:val="en-US"/>
    </w:rPr>
  </w:style>
  <w:style w:type="character" w:customStyle="1" w:styleId="Corpsdetexte2Car">
    <w:name w:val="Corps de texte 2 Car"/>
    <w:basedOn w:val="Policepardfaut"/>
    <w:link w:val="Corpsdetexte2"/>
    <w:uiPriority w:val="99"/>
    <w:rsid w:val="00EC1504"/>
    <w:rPr>
      <w:rFonts w:eastAsia="MS Mincho"/>
      <w:lang w:val="en-US"/>
    </w:rPr>
  </w:style>
  <w:style w:type="paragraph" w:styleId="Corpsdetexte3">
    <w:name w:val="Body Text 3"/>
    <w:basedOn w:val="Normal"/>
    <w:link w:val="Corpsdetexte3Car"/>
    <w:uiPriority w:val="99"/>
    <w:unhideWhenUsed/>
    <w:rsid w:val="00EC1504"/>
    <w:pPr>
      <w:spacing w:before="0"/>
    </w:pPr>
    <w:rPr>
      <w:rFonts w:eastAsia="MS Mincho"/>
      <w:sz w:val="16"/>
      <w:szCs w:val="16"/>
      <w:lang w:val="en-US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C1504"/>
    <w:rPr>
      <w:rFonts w:eastAsia="MS Mincho"/>
      <w:sz w:val="16"/>
      <w:szCs w:val="16"/>
      <w:lang w:val="en-US"/>
    </w:rPr>
  </w:style>
  <w:style w:type="paragraph" w:styleId="Liste">
    <w:name w:val="List"/>
    <w:basedOn w:val="Normal"/>
    <w:uiPriority w:val="99"/>
    <w:unhideWhenUsed/>
    <w:rsid w:val="00EC1504"/>
    <w:pPr>
      <w:spacing w:before="0" w:after="200"/>
      <w:ind w:left="360" w:hanging="360"/>
      <w:contextualSpacing/>
    </w:pPr>
    <w:rPr>
      <w:rFonts w:eastAsia="MS Mincho"/>
      <w:lang w:val="en-US"/>
    </w:rPr>
  </w:style>
  <w:style w:type="paragraph" w:styleId="Liste2">
    <w:name w:val="List 2"/>
    <w:basedOn w:val="Normal"/>
    <w:uiPriority w:val="99"/>
    <w:unhideWhenUsed/>
    <w:rsid w:val="00EC1504"/>
    <w:pPr>
      <w:spacing w:before="0" w:after="200"/>
      <w:ind w:left="720" w:hanging="360"/>
      <w:contextualSpacing/>
    </w:pPr>
    <w:rPr>
      <w:rFonts w:eastAsia="MS Mincho"/>
      <w:lang w:val="en-US"/>
    </w:rPr>
  </w:style>
  <w:style w:type="paragraph" w:styleId="Liste3">
    <w:name w:val="List 3"/>
    <w:basedOn w:val="Normal"/>
    <w:uiPriority w:val="99"/>
    <w:unhideWhenUsed/>
    <w:rsid w:val="00EC1504"/>
    <w:pPr>
      <w:spacing w:before="0" w:after="200"/>
      <w:ind w:left="1080" w:hanging="360"/>
      <w:contextualSpacing/>
    </w:pPr>
    <w:rPr>
      <w:rFonts w:eastAsia="MS Mincho"/>
      <w:lang w:val="en-US"/>
    </w:rPr>
  </w:style>
  <w:style w:type="paragraph" w:styleId="Listepuces">
    <w:name w:val="List Bullet"/>
    <w:basedOn w:val="Normal"/>
    <w:uiPriority w:val="99"/>
    <w:unhideWhenUsed/>
    <w:rsid w:val="00EC1504"/>
    <w:pPr>
      <w:numPr>
        <w:numId w:val="1"/>
      </w:numPr>
      <w:spacing w:before="0" w:after="200"/>
      <w:contextualSpacing/>
    </w:pPr>
    <w:rPr>
      <w:rFonts w:eastAsia="MS Mincho"/>
      <w:lang w:val="en-US"/>
    </w:rPr>
  </w:style>
  <w:style w:type="paragraph" w:styleId="Listepuces2">
    <w:name w:val="List Bullet 2"/>
    <w:basedOn w:val="Normal"/>
    <w:uiPriority w:val="99"/>
    <w:unhideWhenUsed/>
    <w:rsid w:val="00EC1504"/>
    <w:pPr>
      <w:numPr>
        <w:numId w:val="2"/>
      </w:numPr>
      <w:spacing w:before="0" w:after="200"/>
      <w:contextualSpacing/>
    </w:pPr>
    <w:rPr>
      <w:rFonts w:eastAsia="MS Mincho"/>
      <w:lang w:val="en-US"/>
    </w:rPr>
  </w:style>
  <w:style w:type="paragraph" w:styleId="Listepuces3">
    <w:name w:val="List Bullet 3"/>
    <w:basedOn w:val="Normal"/>
    <w:uiPriority w:val="99"/>
    <w:unhideWhenUsed/>
    <w:rsid w:val="00EC1504"/>
    <w:pPr>
      <w:numPr>
        <w:numId w:val="3"/>
      </w:numPr>
      <w:spacing w:before="0" w:after="200"/>
      <w:contextualSpacing/>
    </w:pPr>
    <w:rPr>
      <w:rFonts w:eastAsia="MS Mincho"/>
      <w:lang w:val="en-US"/>
    </w:rPr>
  </w:style>
  <w:style w:type="paragraph" w:styleId="Listenumros">
    <w:name w:val="List Number"/>
    <w:basedOn w:val="Normal"/>
    <w:uiPriority w:val="99"/>
    <w:unhideWhenUsed/>
    <w:rsid w:val="00EC1504"/>
    <w:pPr>
      <w:numPr>
        <w:numId w:val="5"/>
      </w:numPr>
      <w:spacing w:before="0" w:after="200"/>
      <w:contextualSpacing/>
    </w:pPr>
    <w:rPr>
      <w:rFonts w:eastAsia="MS Mincho"/>
      <w:lang w:val="en-US"/>
    </w:rPr>
  </w:style>
  <w:style w:type="paragraph" w:styleId="Listenumros2">
    <w:name w:val="List Number 2"/>
    <w:basedOn w:val="Normal"/>
    <w:uiPriority w:val="99"/>
    <w:unhideWhenUsed/>
    <w:rsid w:val="00EC1504"/>
    <w:pPr>
      <w:numPr>
        <w:numId w:val="6"/>
      </w:numPr>
      <w:spacing w:before="0" w:after="200"/>
      <w:contextualSpacing/>
    </w:pPr>
    <w:rPr>
      <w:rFonts w:eastAsia="MS Mincho"/>
      <w:lang w:val="en-US"/>
    </w:rPr>
  </w:style>
  <w:style w:type="paragraph" w:styleId="Listenumros3">
    <w:name w:val="List Number 3"/>
    <w:basedOn w:val="Normal"/>
    <w:uiPriority w:val="99"/>
    <w:unhideWhenUsed/>
    <w:rsid w:val="00EC1504"/>
    <w:pPr>
      <w:numPr>
        <w:numId w:val="7"/>
      </w:numPr>
      <w:spacing w:before="0" w:after="200"/>
      <w:contextualSpacing/>
    </w:pPr>
    <w:rPr>
      <w:rFonts w:eastAsia="MS Mincho"/>
      <w:lang w:val="en-US"/>
    </w:rPr>
  </w:style>
  <w:style w:type="paragraph" w:styleId="Listecontinue">
    <w:name w:val="List Continue"/>
    <w:basedOn w:val="Normal"/>
    <w:uiPriority w:val="99"/>
    <w:unhideWhenUsed/>
    <w:rsid w:val="00EC1504"/>
    <w:pPr>
      <w:spacing w:before="0"/>
      <w:ind w:left="360"/>
      <w:contextualSpacing/>
    </w:pPr>
    <w:rPr>
      <w:rFonts w:eastAsia="MS Mincho"/>
      <w:lang w:val="en-US"/>
    </w:rPr>
  </w:style>
  <w:style w:type="paragraph" w:styleId="Listecontinue2">
    <w:name w:val="List Continue 2"/>
    <w:basedOn w:val="Normal"/>
    <w:uiPriority w:val="99"/>
    <w:unhideWhenUsed/>
    <w:rsid w:val="00EC1504"/>
    <w:pPr>
      <w:spacing w:before="0"/>
      <w:ind w:left="720"/>
      <w:contextualSpacing/>
    </w:pPr>
    <w:rPr>
      <w:rFonts w:eastAsia="MS Mincho"/>
      <w:lang w:val="en-US"/>
    </w:rPr>
  </w:style>
  <w:style w:type="paragraph" w:styleId="Listecontinue3">
    <w:name w:val="List Continue 3"/>
    <w:basedOn w:val="Normal"/>
    <w:uiPriority w:val="99"/>
    <w:unhideWhenUsed/>
    <w:rsid w:val="00EC1504"/>
    <w:pPr>
      <w:spacing w:before="0"/>
      <w:ind w:left="1080"/>
      <w:contextualSpacing/>
    </w:pPr>
    <w:rPr>
      <w:rFonts w:eastAsia="MS Mincho"/>
      <w:lang w:val="en-US"/>
    </w:rPr>
  </w:style>
  <w:style w:type="paragraph" w:styleId="Textedemacro">
    <w:name w:val="macro"/>
    <w:link w:val="TextedemacroCar"/>
    <w:uiPriority w:val="99"/>
    <w:unhideWhenUsed/>
    <w:rsid w:val="00EC150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200"/>
    </w:pPr>
    <w:rPr>
      <w:rFonts w:ascii="Courier" w:eastAsia="MS Mincho" w:hAnsi="Courier"/>
      <w:sz w:val="20"/>
      <w:szCs w:val="20"/>
      <w:lang w:val="en-US"/>
    </w:rPr>
  </w:style>
  <w:style w:type="character" w:customStyle="1" w:styleId="TextedemacroCar">
    <w:name w:val="Texte de macro Car"/>
    <w:basedOn w:val="Policepardfaut"/>
    <w:link w:val="Textedemacro"/>
    <w:uiPriority w:val="99"/>
    <w:rsid w:val="00EC1504"/>
    <w:rPr>
      <w:rFonts w:ascii="Courier" w:eastAsia="MS Mincho" w:hAnsi="Courier"/>
      <w:sz w:val="20"/>
      <w:szCs w:val="20"/>
      <w:lang w:val="en-US"/>
    </w:rPr>
  </w:style>
  <w:style w:type="paragraph" w:customStyle="1" w:styleId="Citation1">
    <w:name w:val="Citation1"/>
    <w:basedOn w:val="Normal"/>
    <w:next w:val="Normal"/>
    <w:uiPriority w:val="29"/>
    <w:qFormat/>
    <w:rsid w:val="00EC1504"/>
    <w:pPr>
      <w:spacing w:before="0" w:after="200"/>
    </w:pPr>
    <w:rPr>
      <w:rFonts w:eastAsia="MS Mincho"/>
      <w:i/>
      <w:iCs/>
      <w:color w:val="000000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EC1504"/>
    <w:rPr>
      <w:i/>
      <w:iCs/>
      <w:color w:val="000000"/>
    </w:rPr>
  </w:style>
  <w:style w:type="character" w:customStyle="1" w:styleId="Titre4Car">
    <w:name w:val="Titre 4 Car"/>
    <w:basedOn w:val="Policepardfaut"/>
    <w:link w:val="Titre4"/>
    <w:uiPriority w:val="9"/>
    <w:semiHidden/>
    <w:rsid w:val="00EC1504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Titre5Car">
    <w:name w:val="Titre 5 Car"/>
    <w:basedOn w:val="Policepardfaut"/>
    <w:link w:val="Titre5"/>
    <w:uiPriority w:val="9"/>
    <w:semiHidden/>
    <w:rsid w:val="00EC1504"/>
    <w:rPr>
      <w:rFonts w:ascii="Calibri" w:eastAsia="MS Gothic" w:hAnsi="Calibri" w:cs="Times New Roman"/>
      <w:color w:val="243F60"/>
    </w:rPr>
  </w:style>
  <w:style w:type="character" w:customStyle="1" w:styleId="Titre6Car">
    <w:name w:val="Titre 6 Car"/>
    <w:basedOn w:val="Policepardfaut"/>
    <w:link w:val="Titre6"/>
    <w:uiPriority w:val="9"/>
    <w:semiHidden/>
    <w:rsid w:val="00EC1504"/>
    <w:rPr>
      <w:rFonts w:ascii="Calibri" w:eastAsia="MS Gothic" w:hAnsi="Calibri" w:cs="Times New Roman"/>
      <w:i/>
      <w:iCs/>
      <w:color w:val="243F60"/>
    </w:rPr>
  </w:style>
  <w:style w:type="character" w:customStyle="1" w:styleId="Titre7Car">
    <w:name w:val="Titre 7 Car"/>
    <w:basedOn w:val="Policepardfaut"/>
    <w:link w:val="Titre7"/>
    <w:uiPriority w:val="9"/>
    <w:semiHidden/>
    <w:rsid w:val="00EC1504"/>
    <w:rPr>
      <w:rFonts w:ascii="Calibri" w:eastAsia="MS Gothic" w:hAnsi="Calibri" w:cs="Times New Roman"/>
      <w:i/>
      <w:iCs/>
      <w:color w:val="404040"/>
    </w:rPr>
  </w:style>
  <w:style w:type="character" w:customStyle="1" w:styleId="Titre8Car">
    <w:name w:val="Titre 8 Car"/>
    <w:basedOn w:val="Policepardfaut"/>
    <w:link w:val="Titre8"/>
    <w:uiPriority w:val="9"/>
    <w:semiHidden/>
    <w:rsid w:val="00EC1504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EC1504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Lgende1">
    <w:name w:val="Légende1"/>
    <w:basedOn w:val="Normal"/>
    <w:next w:val="Normal"/>
    <w:uiPriority w:val="35"/>
    <w:semiHidden/>
    <w:unhideWhenUsed/>
    <w:qFormat/>
    <w:rsid w:val="00EC1504"/>
    <w:pPr>
      <w:spacing w:before="0" w:after="200" w:line="240" w:lineRule="auto"/>
    </w:pPr>
    <w:rPr>
      <w:rFonts w:eastAsia="MS Mincho"/>
      <w:b/>
      <w:bCs/>
      <w:color w:val="4F81BD"/>
      <w:sz w:val="18"/>
      <w:szCs w:val="18"/>
      <w:lang w:val="en-US"/>
    </w:rPr>
  </w:style>
  <w:style w:type="character" w:styleId="lev">
    <w:name w:val="Strong"/>
    <w:basedOn w:val="Policepardfaut"/>
    <w:uiPriority w:val="22"/>
    <w:qFormat/>
    <w:rsid w:val="00EC1504"/>
    <w:rPr>
      <w:b/>
      <w:bCs/>
    </w:rPr>
  </w:style>
  <w:style w:type="character" w:styleId="Accentuation">
    <w:name w:val="Emphasis"/>
    <w:basedOn w:val="Policepardfaut"/>
    <w:uiPriority w:val="20"/>
    <w:qFormat/>
    <w:rsid w:val="00EC1504"/>
    <w:rPr>
      <w:i/>
      <w:iCs/>
    </w:rPr>
  </w:style>
  <w:style w:type="paragraph" w:customStyle="1" w:styleId="Citationintense1">
    <w:name w:val="Citation intense1"/>
    <w:basedOn w:val="Normal"/>
    <w:next w:val="Normal"/>
    <w:uiPriority w:val="30"/>
    <w:qFormat/>
    <w:rsid w:val="00EC1504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1504"/>
    <w:rPr>
      <w:b/>
      <w:bCs/>
      <w:i/>
      <w:iCs/>
      <w:color w:val="4F81BD"/>
    </w:rPr>
  </w:style>
  <w:style w:type="character" w:customStyle="1" w:styleId="Emphaseple1">
    <w:name w:val="Emphase pâle1"/>
    <w:basedOn w:val="Policepardfaut"/>
    <w:uiPriority w:val="19"/>
    <w:qFormat/>
    <w:rsid w:val="00EC1504"/>
    <w:rPr>
      <w:i/>
      <w:iCs/>
      <w:color w:val="808080"/>
    </w:rPr>
  </w:style>
  <w:style w:type="character" w:customStyle="1" w:styleId="Emphaseintense1">
    <w:name w:val="Emphase intense1"/>
    <w:basedOn w:val="Policepardfaut"/>
    <w:uiPriority w:val="21"/>
    <w:qFormat/>
    <w:rsid w:val="00EC1504"/>
    <w:rPr>
      <w:b/>
      <w:bCs/>
      <w:i/>
      <w:iCs/>
      <w:color w:val="4F81BD"/>
    </w:rPr>
  </w:style>
  <w:style w:type="character" w:customStyle="1" w:styleId="Rfrenceple1">
    <w:name w:val="Référence pâle1"/>
    <w:basedOn w:val="Policepardfaut"/>
    <w:uiPriority w:val="31"/>
    <w:qFormat/>
    <w:rsid w:val="00EC1504"/>
    <w:rPr>
      <w:smallCaps/>
      <w:color w:val="C0504D"/>
      <w:u w:val="single"/>
    </w:rPr>
  </w:style>
  <w:style w:type="character" w:customStyle="1" w:styleId="Rfrenceintense1">
    <w:name w:val="Référence intense1"/>
    <w:basedOn w:val="Policepardfaut"/>
    <w:uiPriority w:val="32"/>
    <w:qFormat/>
    <w:rsid w:val="00EC1504"/>
    <w:rPr>
      <w:b/>
      <w:bCs/>
      <w:smallCaps/>
      <w:color w:val="C0504D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EC1504"/>
    <w:rPr>
      <w:b/>
      <w:bCs/>
      <w:smallCaps/>
      <w:spacing w:val="5"/>
    </w:rPr>
  </w:style>
  <w:style w:type="character" w:customStyle="1" w:styleId="Titre1Car1">
    <w:name w:val="Titre 1 Car1"/>
    <w:basedOn w:val="Policepardfaut"/>
    <w:link w:val="Titre1"/>
    <w:uiPriority w:val="9"/>
    <w:rsid w:val="00EC15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C1504"/>
    <w:pPr>
      <w:outlineLvl w:val="9"/>
    </w:pPr>
    <w:rPr>
      <w:lang w:val="en-US"/>
    </w:rPr>
  </w:style>
  <w:style w:type="table" w:styleId="Grilledutableau">
    <w:name w:val="Table Grid"/>
    <w:basedOn w:val="TableauNormal"/>
    <w:uiPriority w:val="59"/>
    <w:rsid w:val="00EC1504"/>
    <w:pPr>
      <w:spacing w:before="0"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mbrageclair1">
    <w:name w:val="Ombrage clair1"/>
    <w:basedOn w:val="TableauNormal"/>
    <w:next w:val="Ombrageclair"/>
    <w:uiPriority w:val="60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rameclaire-Accent11">
    <w:name w:val="Trame claire - Accent 11"/>
    <w:basedOn w:val="TableauNormal"/>
    <w:next w:val="Trameclaire-Accent1"/>
    <w:uiPriority w:val="60"/>
    <w:rsid w:val="00EC1504"/>
    <w:pPr>
      <w:spacing w:before="0" w:after="0" w:line="240" w:lineRule="auto"/>
    </w:pPr>
    <w:rPr>
      <w:rFonts w:eastAsia="MS Mincho"/>
      <w:color w:val="365F91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rameclaire-Accent21">
    <w:name w:val="Trame claire - Accent 21"/>
    <w:basedOn w:val="TableauNormal"/>
    <w:next w:val="Trameclaire-Accent2"/>
    <w:uiPriority w:val="60"/>
    <w:rsid w:val="00EC1504"/>
    <w:pPr>
      <w:spacing w:before="0" w:after="0" w:line="240" w:lineRule="auto"/>
    </w:pPr>
    <w:rPr>
      <w:rFonts w:eastAsia="MS Mincho"/>
      <w:color w:val="943634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Trameclaire-Accent31">
    <w:name w:val="Trame claire - Accent 31"/>
    <w:basedOn w:val="TableauNormal"/>
    <w:next w:val="Trameclaire-Accent3"/>
    <w:uiPriority w:val="60"/>
    <w:rsid w:val="00EC1504"/>
    <w:pPr>
      <w:spacing w:before="0" w:after="0" w:line="240" w:lineRule="auto"/>
    </w:pPr>
    <w:rPr>
      <w:rFonts w:eastAsia="MS Mincho"/>
      <w:color w:val="76923C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Trameclaire-Accent41">
    <w:name w:val="Trame claire - Accent 41"/>
    <w:basedOn w:val="TableauNormal"/>
    <w:next w:val="Trameclaire-Accent4"/>
    <w:uiPriority w:val="60"/>
    <w:rsid w:val="00EC1504"/>
    <w:pPr>
      <w:spacing w:before="0" w:after="0" w:line="240" w:lineRule="auto"/>
    </w:pPr>
    <w:rPr>
      <w:rFonts w:eastAsia="MS Mincho"/>
      <w:color w:val="5F497A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Trameclaire-Accent51">
    <w:name w:val="Trame claire - Accent 51"/>
    <w:basedOn w:val="TableauNormal"/>
    <w:next w:val="Trameclaire-Accent5"/>
    <w:uiPriority w:val="60"/>
    <w:rsid w:val="00EC1504"/>
    <w:pPr>
      <w:spacing w:before="0" w:after="0" w:line="240" w:lineRule="auto"/>
    </w:pPr>
    <w:rPr>
      <w:rFonts w:eastAsia="MS Mincho"/>
      <w:color w:val="31849B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Trameclaire-Accent61">
    <w:name w:val="Trame claire - Accent 61"/>
    <w:basedOn w:val="TableauNormal"/>
    <w:next w:val="Trameclaire-Accent6"/>
    <w:uiPriority w:val="60"/>
    <w:rsid w:val="00EC1504"/>
    <w:pPr>
      <w:spacing w:before="0" w:after="0" w:line="240" w:lineRule="auto"/>
    </w:pPr>
    <w:rPr>
      <w:rFonts w:eastAsia="MS Mincho"/>
      <w:color w:val="E36C0A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steclaire1">
    <w:name w:val="Liste claire1"/>
    <w:basedOn w:val="TableauNormal"/>
    <w:next w:val="Listeclaire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eclaire-Accent11">
    <w:name w:val="Liste claire - Accent 11"/>
    <w:basedOn w:val="TableauNormal"/>
    <w:next w:val="Listeclaire-Accent1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steclaire-Accent21">
    <w:name w:val="Liste claire - Accent 21"/>
    <w:basedOn w:val="TableauNormal"/>
    <w:next w:val="Listeclaire-Accent2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steclaire-Accent31">
    <w:name w:val="Liste claire - Accent 31"/>
    <w:basedOn w:val="TableauNormal"/>
    <w:next w:val="Listeclaire-Accent3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steclaire-Accent41">
    <w:name w:val="Liste claire - Accent 41"/>
    <w:basedOn w:val="TableauNormal"/>
    <w:next w:val="Listeclaire-Accent4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steclaire-Accent51">
    <w:name w:val="Liste claire - Accent 51"/>
    <w:basedOn w:val="TableauNormal"/>
    <w:next w:val="Listeclaire-Accent5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eclaire-Accent61">
    <w:name w:val="Liste claire - Accent 61"/>
    <w:basedOn w:val="TableauNormal"/>
    <w:next w:val="Listeclaire-Accent6"/>
    <w:uiPriority w:val="61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Grilleclaire1">
    <w:name w:val="Grille claire1"/>
    <w:basedOn w:val="TableauNormal"/>
    <w:next w:val="Grilleclaire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leclaire-Accent11">
    <w:name w:val="Grille claire - Accent 11"/>
    <w:basedOn w:val="TableauNormal"/>
    <w:next w:val="Grilleclaire-Accent1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Grilleclaire-Accent21">
    <w:name w:val="Grille claire - Accent 21"/>
    <w:basedOn w:val="TableauNormal"/>
    <w:next w:val="Grilleclaire-Accent2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Grilleclaire-Accent31">
    <w:name w:val="Grille claire - Accent 31"/>
    <w:basedOn w:val="TableauNormal"/>
    <w:next w:val="Grilleclaire-Accent3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Grilleclaire-Accent41">
    <w:name w:val="Grille claire - Accent 41"/>
    <w:basedOn w:val="TableauNormal"/>
    <w:next w:val="Grilleclaire-Accent4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Grilleclaire-Accent51">
    <w:name w:val="Grille claire - Accent 51"/>
    <w:basedOn w:val="TableauNormal"/>
    <w:next w:val="Grilleclaire-Accent5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Grilleclaire-Accent61">
    <w:name w:val="Grille claire - Accent 61"/>
    <w:basedOn w:val="TableauNormal"/>
    <w:next w:val="Grilleclaire-Accent6"/>
    <w:uiPriority w:val="62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Tramemoyenne11">
    <w:name w:val="Trame moyenne 11"/>
    <w:basedOn w:val="TableauNormal"/>
    <w:next w:val="Tramemoyenne1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11">
    <w:name w:val="Trame moyenne 1 - Accent 11"/>
    <w:basedOn w:val="TableauNormal"/>
    <w:next w:val="Tramemoyenne1-Accent1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21">
    <w:name w:val="Trame moyenne 1 - Accent 21"/>
    <w:basedOn w:val="TableauNormal"/>
    <w:next w:val="Tramemoyenne1-Accent2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31">
    <w:name w:val="Trame moyenne 1 - Accent 31"/>
    <w:basedOn w:val="TableauNormal"/>
    <w:next w:val="Tramemoyenne1-Accent3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41">
    <w:name w:val="Trame moyenne 1 - Accent 41"/>
    <w:basedOn w:val="TableauNormal"/>
    <w:next w:val="Tramemoyenne1-Accent4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51">
    <w:name w:val="Trame moyenne 1 - Accent 51"/>
    <w:basedOn w:val="TableauNormal"/>
    <w:next w:val="Tramemoyenne1-Accent5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1-Accent61">
    <w:name w:val="Trame moyenne 1 - Accent 61"/>
    <w:basedOn w:val="TableauNormal"/>
    <w:next w:val="Tramemoyenne1-Accent6"/>
    <w:uiPriority w:val="63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ramemoyenne21">
    <w:name w:val="Trame moyenne 21"/>
    <w:basedOn w:val="TableauNormal"/>
    <w:next w:val="Tramemoyenne2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11">
    <w:name w:val="Trame moyenne 2 - Accent 11"/>
    <w:basedOn w:val="TableauNormal"/>
    <w:next w:val="Tramemoyenne2-Accent1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21">
    <w:name w:val="Trame moyenne 2 - Accent 21"/>
    <w:basedOn w:val="TableauNormal"/>
    <w:next w:val="Tramemoyenne2-Accent2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31">
    <w:name w:val="Trame moyenne 2 - Accent 31"/>
    <w:basedOn w:val="TableauNormal"/>
    <w:next w:val="Tramemoyenne2-Accent3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41">
    <w:name w:val="Trame moyenne 2 - Accent 41"/>
    <w:basedOn w:val="TableauNormal"/>
    <w:next w:val="Tramemoyenne2-Accent4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51">
    <w:name w:val="Trame moyenne 2 - Accent 51"/>
    <w:basedOn w:val="TableauNormal"/>
    <w:next w:val="Tramemoyenne2-Accent5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ramemoyenne2-Accent61">
    <w:name w:val="Trame moyenne 2 - Accent 61"/>
    <w:basedOn w:val="TableauNormal"/>
    <w:next w:val="Tramemoyenne2-Accent6"/>
    <w:uiPriority w:val="64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emoyenne11">
    <w:name w:val="Liste moyenne 11"/>
    <w:basedOn w:val="TableauNormal"/>
    <w:next w:val="Listemoyenne1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emoyenne1-Accent11">
    <w:name w:val="Liste moyenne 1 - Accent 11"/>
    <w:basedOn w:val="TableauNormal"/>
    <w:next w:val="Listemoyenne1-Accent1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stemoyenne1-Accent21">
    <w:name w:val="Liste moyenne 1 - Accent 21"/>
    <w:basedOn w:val="TableauNormal"/>
    <w:next w:val="Listemoyenne1-Accent2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Listemoyenne1-Accent31">
    <w:name w:val="Liste moyenne 1 - Accent 31"/>
    <w:basedOn w:val="TableauNormal"/>
    <w:next w:val="Listemoyenne1-Accent3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Listemoyenne1-Accent41">
    <w:name w:val="Liste moyenne 1 - Accent 41"/>
    <w:basedOn w:val="TableauNormal"/>
    <w:next w:val="Listemoyenne1-Accent4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Listemoyenne1-Accent51">
    <w:name w:val="Liste moyenne 1 - Accent 51"/>
    <w:basedOn w:val="TableauNormal"/>
    <w:next w:val="Listemoyenne1-Accent5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Listemoyenne1-Accent61">
    <w:name w:val="Liste moyenne 1 - Accent 61"/>
    <w:basedOn w:val="TableauNormal"/>
    <w:next w:val="Listemoyenne1-Accent6"/>
    <w:uiPriority w:val="65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emoyenne21">
    <w:name w:val="Liste moyenne 21"/>
    <w:basedOn w:val="TableauNormal"/>
    <w:next w:val="Listemoyenne2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11">
    <w:name w:val="Liste moyenne 2 - Accent 11"/>
    <w:basedOn w:val="TableauNormal"/>
    <w:next w:val="Listemoyenne2-Accent1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21">
    <w:name w:val="Liste moyenne 2 - Accent 21"/>
    <w:basedOn w:val="TableauNormal"/>
    <w:next w:val="Listemoyenne2-Accent2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31">
    <w:name w:val="Liste moyenne 2 - Accent 31"/>
    <w:basedOn w:val="TableauNormal"/>
    <w:next w:val="Listemoyenne2-Accent3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41">
    <w:name w:val="Liste moyenne 2 - Accent 41"/>
    <w:basedOn w:val="TableauNormal"/>
    <w:next w:val="Listemoyenne2-Accent4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51">
    <w:name w:val="Liste moyenne 2 - Accent 51"/>
    <w:basedOn w:val="TableauNormal"/>
    <w:next w:val="Listemoyenne2-Accent5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emoyenne2-Accent61">
    <w:name w:val="Liste moyenne 2 - Accent 61"/>
    <w:basedOn w:val="TableauNormal"/>
    <w:next w:val="Listemoyenne2-Accent6"/>
    <w:uiPriority w:val="66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llemoyenne11">
    <w:name w:val="Grille moyenne 11"/>
    <w:basedOn w:val="TableauNormal"/>
    <w:next w:val="Grillemoyenne1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Grillemoyenne1-Accent11">
    <w:name w:val="Grille moyenne 1 - Accent 11"/>
    <w:basedOn w:val="TableauNormal"/>
    <w:next w:val="Grillemoyenne1-Accent1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Grillemoyenne1-Accent21">
    <w:name w:val="Grille moyenne 1 - Accent 21"/>
    <w:basedOn w:val="TableauNormal"/>
    <w:next w:val="Grillemoyenne1-Accent2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Grillemoyenne1-Accent31">
    <w:name w:val="Grille moyenne 1 - Accent 31"/>
    <w:basedOn w:val="TableauNormal"/>
    <w:next w:val="Grillemoyenne1-Accent3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Grillemoyenne1-Accent41">
    <w:name w:val="Grille moyenne 1 - Accent 41"/>
    <w:basedOn w:val="TableauNormal"/>
    <w:next w:val="Grillemoyenne1-Accent4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Grillemoyenne1-Accent51">
    <w:name w:val="Grille moyenne 1 - Accent 51"/>
    <w:basedOn w:val="TableauNormal"/>
    <w:next w:val="Grillemoyenne1-Accent5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Grillemoyenne1-Accent61">
    <w:name w:val="Grille moyenne 1 - Accent 61"/>
    <w:basedOn w:val="TableauNormal"/>
    <w:next w:val="Grillemoyenne1-Accent6"/>
    <w:uiPriority w:val="67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moyenne21">
    <w:name w:val="Grille moyenne 21"/>
    <w:basedOn w:val="TableauNormal"/>
    <w:next w:val="Grillemoyenne2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11">
    <w:name w:val="Grille moyenne 2 - Accent 11"/>
    <w:basedOn w:val="TableauNormal"/>
    <w:next w:val="Grillemoyenne2-Accent1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21">
    <w:name w:val="Grille moyenne 2 - Accent 21"/>
    <w:basedOn w:val="TableauNormal"/>
    <w:next w:val="Grillemoyenne2-Accent2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31">
    <w:name w:val="Grille moyenne 2 - Accent 31"/>
    <w:basedOn w:val="TableauNormal"/>
    <w:next w:val="Grillemoyenne2-Accent3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41">
    <w:name w:val="Grille moyenne 2 - Accent 41"/>
    <w:basedOn w:val="TableauNormal"/>
    <w:next w:val="Grillemoyenne2-Accent4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51">
    <w:name w:val="Grille moyenne 2 - Accent 51"/>
    <w:basedOn w:val="TableauNormal"/>
    <w:next w:val="Grillemoyenne2-Accent5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2-Accent61">
    <w:name w:val="Grille moyenne 2 - Accent 61"/>
    <w:basedOn w:val="TableauNormal"/>
    <w:next w:val="Grillemoyenne2-Accent6"/>
    <w:uiPriority w:val="68"/>
    <w:rsid w:val="00EC1504"/>
    <w:pPr>
      <w:spacing w:before="0"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lemoyenne31">
    <w:name w:val="Grille moyenne 31"/>
    <w:basedOn w:val="TableauNormal"/>
    <w:next w:val="Grillemoyenne3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Grillemoyenne3-Accent11">
    <w:name w:val="Grille moyenne 3 - Accent 11"/>
    <w:basedOn w:val="TableauNormal"/>
    <w:next w:val="Grillemoyenne3-Accent1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Grillemoyenne3-Accent21">
    <w:name w:val="Grille moyenne 3 - Accent 21"/>
    <w:basedOn w:val="TableauNormal"/>
    <w:next w:val="Grillemoyenne3-Accent2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Grillemoyenne3-Accent31">
    <w:name w:val="Grille moyenne 3 - Accent 31"/>
    <w:basedOn w:val="TableauNormal"/>
    <w:next w:val="Grillemoyenne3-Accent3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Grillemoyenne3-Accent41">
    <w:name w:val="Grille moyenne 3 - Accent 41"/>
    <w:basedOn w:val="TableauNormal"/>
    <w:next w:val="Grillemoyenne3-Accent4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Grillemoyenne3-Accent51">
    <w:name w:val="Grille moyenne 3 - Accent 51"/>
    <w:basedOn w:val="TableauNormal"/>
    <w:next w:val="Grillemoyenne3-Accent5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Grillemoyenne3-Accent61">
    <w:name w:val="Grille moyenne 3 - Accent 61"/>
    <w:basedOn w:val="TableauNormal"/>
    <w:next w:val="Grillemoyenne3-Accent6"/>
    <w:uiPriority w:val="69"/>
    <w:rsid w:val="00EC1504"/>
    <w:pPr>
      <w:spacing w:before="0" w:after="0" w:line="240" w:lineRule="auto"/>
    </w:pPr>
    <w:rPr>
      <w:rFonts w:eastAsia="MS Mincho"/>
      <w:lang w:val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Listefonce1">
    <w:name w:val="Liste foncée1"/>
    <w:basedOn w:val="TableauNormal"/>
    <w:next w:val="Listefonce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stefonce-Accent11">
    <w:name w:val="Liste foncée - Accent 11"/>
    <w:basedOn w:val="TableauNormal"/>
    <w:next w:val="Listefonce-Accent1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stefonce-Accent21">
    <w:name w:val="Liste foncée - Accent 21"/>
    <w:basedOn w:val="TableauNormal"/>
    <w:next w:val="Listefonce-Accent2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Listefonce-Accent31">
    <w:name w:val="Liste foncée - Accent 31"/>
    <w:basedOn w:val="TableauNormal"/>
    <w:next w:val="Listefonce-Accent3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Listefonce-Accent41">
    <w:name w:val="Liste foncée - Accent 41"/>
    <w:basedOn w:val="TableauNormal"/>
    <w:next w:val="Listefonce-Accent4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Listefonce-Accent51">
    <w:name w:val="Liste foncée - Accent 51"/>
    <w:basedOn w:val="TableauNormal"/>
    <w:next w:val="Listefonce-Accent5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Listefonce-Accent61">
    <w:name w:val="Liste foncée - Accent 61"/>
    <w:basedOn w:val="TableauNormal"/>
    <w:next w:val="Listefonce-Accent6"/>
    <w:uiPriority w:val="70"/>
    <w:rsid w:val="00EC1504"/>
    <w:pPr>
      <w:spacing w:before="0"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Tramecouleur1">
    <w:name w:val="Trame couleur1"/>
    <w:basedOn w:val="TableauNormal"/>
    <w:next w:val="Tramecouleur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11">
    <w:name w:val="Trame couleur - Accent 11"/>
    <w:basedOn w:val="TableauNormal"/>
    <w:next w:val="Tramecouleur-Accent1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21">
    <w:name w:val="Trame couleur - Accent 21"/>
    <w:basedOn w:val="TableauNormal"/>
    <w:next w:val="Tramecouleur-Accent2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31">
    <w:name w:val="Trame couleur - Accent 31"/>
    <w:basedOn w:val="TableauNormal"/>
    <w:next w:val="Tramecouleur-Accent3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Tramecouleur-Accent41">
    <w:name w:val="Trame couleur- Accent 41"/>
    <w:basedOn w:val="TableauNormal"/>
    <w:next w:val="Tramecouleur-Accent4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51">
    <w:name w:val="Trame couleur - Accent 51"/>
    <w:basedOn w:val="TableauNormal"/>
    <w:next w:val="Tramecouleur-Accent5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Tramecouleur-Accent61">
    <w:name w:val="Trame couleur - Accent 61"/>
    <w:basedOn w:val="TableauNormal"/>
    <w:next w:val="Tramecouleur-Accent6"/>
    <w:uiPriority w:val="71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Listecouleur1">
    <w:name w:val="Liste couleur1"/>
    <w:basedOn w:val="TableauNormal"/>
    <w:next w:val="Listecouleur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ecouleur-Accent11">
    <w:name w:val="Liste couleur - Accent 11"/>
    <w:basedOn w:val="TableauNormal"/>
    <w:next w:val="Listecouleur-Accent1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ecouleur-Accent21">
    <w:name w:val="Liste couleur - Accent 21"/>
    <w:basedOn w:val="TableauNormal"/>
    <w:next w:val="Listecouleur-Accent2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Listecouleur-Accent31">
    <w:name w:val="Liste couleur - Accent 31"/>
    <w:basedOn w:val="TableauNormal"/>
    <w:next w:val="Listecouleur-Accent3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Listecouleur-Accent41">
    <w:name w:val="Liste couleur - Accent 41"/>
    <w:basedOn w:val="TableauNormal"/>
    <w:next w:val="Listecouleur-Accent4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Listecouleur-Accent51">
    <w:name w:val="Liste couleur - Accent 51"/>
    <w:basedOn w:val="TableauNormal"/>
    <w:next w:val="Listecouleur-Accent5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Listecouleur-Accent61">
    <w:name w:val="Liste couleur - Accent 61"/>
    <w:basedOn w:val="TableauNormal"/>
    <w:next w:val="Listecouleur-Accent6"/>
    <w:uiPriority w:val="72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Grillecouleur1">
    <w:name w:val="Grille couleur1"/>
    <w:basedOn w:val="TableauNormal"/>
    <w:next w:val="Grillecouleur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Grillecouleur-Accent11">
    <w:name w:val="Grille couleur - Accent 11"/>
    <w:basedOn w:val="TableauNormal"/>
    <w:next w:val="Grillecouleur-Accent1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Grillecouleur-Accent21">
    <w:name w:val="Grille couleur - Accent 21"/>
    <w:basedOn w:val="TableauNormal"/>
    <w:next w:val="Grillecouleur-Accent2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Grillecouleur-Accent31">
    <w:name w:val="Grille couleur - Accent 31"/>
    <w:basedOn w:val="TableauNormal"/>
    <w:next w:val="Grillecouleur-Accent3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Grillecouleur-Accent41">
    <w:name w:val="Grille couleur - Accent 41"/>
    <w:basedOn w:val="TableauNormal"/>
    <w:next w:val="Grillecouleur-Accent4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Grillecouleur-Accent51">
    <w:name w:val="Grille couleur - Accent 51"/>
    <w:basedOn w:val="TableauNormal"/>
    <w:next w:val="Grillecouleur-Accent5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Grillecouleur-Accent61">
    <w:name w:val="Grille couleur - Accent 61"/>
    <w:basedOn w:val="TableauNormal"/>
    <w:next w:val="Grillecouleur-Accent6"/>
    <w:uiPriority w:val="73"/>
    <w:rsid w:val="00EC1504"/>
    <w:pPr>
      <w:spacing w:before="0"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Titre2Car1">
    <w:name w:val="Titre 2 Car1"/>
    <w:basedOn w:val="Policepardfaut"/>
    <w:link w:val="Titre2"/>
    <w:uiPriority w:val="9"/>
    <w:semiHidden/>
    <w:rsid w:val="00EC1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1">
    <w:name w:val="Titre 3 Car1"/>
    <w:basedOn w:val="Policepardfaut"/>
    <w:link w:val="Titre3"/>
    <w:uiPriority w:val="9"/>
    <w:semiHidden/>
    <w:rsid w:val="00EC150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EC1504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reCar1">
    <w:name w:val="Titre Car1"/>
    <w:basedOn w:val="Policepardfaut"/>
    <w:link w:val="Titre"/>
    <w:uiPriority w:val="10"/>
    <w:rsid w:val="00EC15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1504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ous-titreCar1">
    <w:name w:val="Sous-titre Car1"/>
    <w:basedOn w:val="Policepardfaut"/>
    <w:link w:val="Sous-titre"/>
    <w:uiPriority w:val="11"/>
    <w:rsid w:val="00EC15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EC1504"/>
    <w:rPr>
      <w:i/>
      <w:iCs/>
      <w:color w:val="000000"/>
    </w:rPr>
  </w:style>
  <w:style w:type="character" w:customStyle="1" w:styleId="CitationCar1">
    <w:name w:val="Citation Car1"/>
    <w:basedOn w:val="Policepardfaut"/>
    <w:link w:val="Citation"/>
    <w:uiPriority w:val="29"/>
    <w:rsid w:val="00EC1504"/>
    <w:rPr>
      <w:i/>
      <w:iCs/>
      <w:color w:val="000000" w:themeColor="text1"/>
    </w:rPr>
  </w:style>
  <w:style w:type="character" w:customStyle="1" w:styleId="Titre4Car1">
    <w:name w:val="Titre 4 Car1"/>
    <w:basedOn w:val="Policepardfaut"/>
    <w:link w:val="Titre4"/>
    <w:uiPriority w:val="9"/>
    <w:semiHidden/>
    <w:rsid w:val="00EC150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1">
    <w:name w:val="Titre 5 Car1"/>
    <w:basedOn w:val="Policepardfaut"/>
    <w:link w:val="Titre5"/>
    <w:uiPriority w:val="9"/>
    <w:semiHidden/>
    <w:rsid w:val="00EC150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1">
    <w:name w:val="Titre 6 Car1"/>
    <w:basedOn w:val="Policepardfaut"/>
    <w:link w:val="Titre6"/>
    <w:uiPriority w:val="9"/>
    <w:semiHidden/>
    <w:rsid w:val="00EC150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1">
    <w:name w:val="Titre 7 Car1"/>
    <w:basedOn w:val="Policepardfaut"/>
    <w:link w:val="Titre7"/>
    <w:uiPriority w:val="9"/>
    <w:semiHidden/>
    <w:rsid w:val="00EC150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1">
    <w:name w:val="Titre 8 Car1"/>
    <w:basedOn w:val="Policepardfaut"/>
    <w:link w:val="Titre8"/>
    <w:uiPriority w:val="9"/>
    <w:semiHidden/>
    <w:rsid w:val="00EC150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1">
    <w:name w:val="Titre 9 Car1"/>
    <w:basedOn w:val="Policepardfaut"/>
    <w:link w:val="Titre9"/>
    <w:uiPriority w:val="9"/>
    <w:semiHidden/>
    <w:rsid w:val="00EC15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150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1">
    <w:name w:val="Citation intense Car1"/>
    <w:basedOn w:val="Policepardfaut"/>
    <w:link w:val="Citationintense"/>
    <w:uiPriority w:val="30"/>
    <w:rsid w:val="00EC1504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EC1504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EC1504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EC1504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EC1504"/>
    <w:rPr>
      <w:b/>
      <w:bCs/>
      <w:smallCaps/>
      <w:color w:val="C0504D" w:themeColor="accent2"/>
      <w:spacing w:val="5"/>
      <w:u w:val="single"/>
    </w:rPr>
  </w:style>
  <w:style w:type="table" w:styleId="Ombrageclair">
    <w:name w:val="Light Shading"/>
    <w:basedOn w:val="TableauNormal"/>
    <w:uiPriority w:val="60"/>
    <w:rsid w:val="00EC1504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EC1504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EC1504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EC1504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EC1504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EC1504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EC1504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EC1504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EC1504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EC1504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EC1504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AE814-A550-42C3-94F6-96A4AA7B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929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2025-12-30T21:43:00Z</dcterms:created>
  <dcterms:modified xsi:type="dcterms:W3CDTF">2025-12-30T21:49:00Z</dcterms:modified>
</cp:coreProperties>
</file>